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11691" w14:textId="77777777" w:rsidR="004B2149" w:rsidRDefault="00000000">
      <w:pPr>
        <w:jc w:val="center"/>
      </w:pPr>
      <w:r>
        <w:rPr>
          <w:b/>
          <w:color w:val="1F4E79"/>
          <w:sz w:val="32"/>
        </w:rPr>
        <w:t>Forth Valley College</w:t>
      </w:r>
    </w:p>
    <w:p w14:paraId="303B5F91" w14:textId="77777777" w:rsidR="004B2149" w:rsidRDefault="00000000">
      <w:pPr>
        <w:pStyle w:val="Title"/>
        <w:jc w:val="center"/>
      </w:pPr>
      <w:r>
        <w:t>Community Asset Transfer Request Form</w:t>
      </w:r>
    </w:p>
    <w:p w14:paraId="70CDFB91" w14:textId="77777777" w:rsidR="004B2149" w:rsidRDefault="00000000">
      <w:pPr>
        <w:jc w:val="center"/>
      </w:pPr>
      <w:r>
        <w:rPr>
          <w:color w:val="505A64"/>
          <w:sz w:val="22"/>
        </w:rPr>
        <w:t>For requests made under Part 5 of the Community Empowerment (Scotland) Act 2015</w:t>
      </w:r>
    </w:p>
    <w:tbl>
      <w:tblPr>
        <w:tblW w:w="0" w:type="auto"/>
        <w:jc w:val="center"/>
        <w:tblLook w:val="04A0" w:firstRow="1" w:lastRow="0" w:firstColumn="1" w:lastColumn="0" w:noHBand="0" w:noVBand="1"/>
      </w:tblPr>
      <w:tblGrid>
        <w:gridCol w:w="10224"/>
      </w:tblGrid>
      <w:tr w:rsidR="004B2149" w14:paraId="0E9EF1FC" w14:textId="77777777">
        <w:trPr>
          <w:jc w:val="center"/>
        </w:trPr>
        <w:tc>
          <w:tcPr>
            <w:tcW w:w="10224" w:type="dxa"/>
            <w:tcBorders>
              <w:top w:val="single" w:sz="8" w:space="0" w:color="9CBBD2"/>
              <w:left w:val="single" w:sz="8" w:space="0" w:color="9CBBD2"/>
              <w:bottom w:val="single" w:sz="8" w:space="0" w:color="9CBBD2"/>
              <w:right w:val="single" w:sz="8" w:space="0" w:color="9CBBD2"/>
            </w:tcBorders>
            <w:shd w:val="clear" w:color="auto" w:fill="EAF3F8"/>
            <w:tcMar>
              <w:top w:w="140" w:type="dxa"/>
              <w:left w:w="160" w:type="dxa"/>
              <w:bottom w:w="140" w:type="dxa"/>
              <w:right w:w="160" w:type="dxa"/>
            </w:tcMar>
          </w:tcPr>
          <w:p w14:paraId="2938DBDE" w14:textId="77777777" w:rsidR="004B2149" w:rsidRDefault="00000000">
            <w:pPr>
              <w:spacing w:after="80"/>
            </w:pPr>
            <w:r>
              <w:rPr>
                <w:b/>
                <w:color w:val="1F4E79"/>
              </w:rPr>
              <w:t>Important</w:t>
            </w:r>
          </w:p>
          <w:p w14:paraId="0557A699" w14:textId="1D3CEB31" w:rsidR="004B2149" w:rsidRDefault="00000000">
            <w:pPr>
              <w:spacing w:after="0"/>
            </w:pPr>
            <w:r>
              <w:rPr>
                <w:sz w:val="18"/>
              </w:rPr>
              <w:t>This form is designed to help community transfer bodies provide the information required for a valid asset transfer request. It does not replace the statutory requirements in the Community Empowerment (Scotland) Act 2015 or the Asset Transfer Request (Procedure) (Scotland) Regulations 2016. Applicants should read Scottish Government guidance before submitting a request.</w:t>
            </w:r>
          </w:p>
        </w:tc>
      </w:tr>
    </w:tbl>
    <w:tbl>
      <w:tblPr>
        <w:tblW w:w="0" w:type="auto"/>
        <w:jc w:val="center"/>
        <w:tblLayout w:type="fixed"/>
        <w:tblLook w:val="04A0" w:firstRow="1" w:lastRow="0" w:firstColumn="1" w:lastColumn="0" w:noHBand="0" w:noVBand="1"/>
      </w:tblPr>
      <w:tblGrid>
        <w:gridCol w:w="2880"/>
        <w:gridCol w:w="6336"/>
      </w:tblGrid>
      <w:tr w:rsidR="004B2149" w14:paraId="0808D6CF" w14:textId="77777777">
        <w:trPr>
          <w:jc w:val="center"/>
        </w:trPr>
        <w:tc>
          <w:tcPr>
            <w:tcW w:w="2880"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02B5FF15" w14:textId="77777777" w:rsidR="004B2149" w:rsidRDefault="00000000">
            <w:pPr>
              <w:spacing w:after="40" w:line="252" w:lineRule="auto"/>
            </w:pPr>
            <w:r>
              <w:rPr>
                <w:sz w:val="18"/>
              </w:rPr>
              <w:t>Applicant organisation</w:t>
            </w:r>
          </w:p>
        </w:tc>
        <w:tc>
          <w:tcPr>
            <w:tcW w:w="63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1B077464" w14:textId="77777777" w:rsidR="004B2149" w:rsidRDefault="004B2149">
            <w:pPr>
              <w:spacing w:after="40" w:line="252" w:lineRule="auto"/>
            </w:pPr>
          </w:p>
        </w:tc>
      </w:tr>
      <w:tr w:rsidR="004B2149" w14:paraId="60F9D32B" w14:textId="77777777">
        <w:trPr>
          <w:jc w:val="center"/>
        </w:trPr>
        <w:tc>
          <w:tcPr>
            <w:tcW w:w="2880"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56256956" w14:textId="77777777" w:rsidR="004B2149" w:rsidRDefault="00000000">
            <w:pPr>
              <w:spacing w:after="40" w:line="252" w:lineRule="auto"/>
            </w:pPr>
            <w:r>
              <w:rPr>
                <w:sz w:val="18"/>
              </w:rPr>
              <w:t>Asset requested</w:t>
            </w:r>
          </w:p>
        </w:tc>
        <w:tc>
          <w:tcPr>
            <w:tcW w:w="63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7446F389" w14:textId="77777777" w:rsidR="004B2149" w:rsidRDefault="004B2149">
            <w:pPr>
              <w:spacing w:after="40" w:line="252" w:lineRule="auto"/>
            </w:pPr>
          </w:p>
        </w:tc>
      </w:tr>
      <w:tr w:rsidR="004B2149" w14:paraId="4EF3C3DC" w14:textId="77777777">
        <w:trPr>
          <w:jc w:val="center"/>
        </w:trPr>
        <w:tc>
          <w:tcPr>
            <w:tcW w:w="2880"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6B26F0F6" w14:textId="77777777" w:rsidR="004B2149" w:rsidRDefault="00000000">
            <w:pPr>
              <w:spacing w:after="40" w:line="252" w:lineRule="auto"/>
            </w:pPr>
            <w:r>
              <w:rPr>
                <w:sz w:val="18"/>
              </w:rPr>
              <w:t>Type of request</w:t>
            </w:r>
          </w:p>
        </w:tc>
        <w:tc>
          <w:tcPr>
            <w:tcW w:w="63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FF6ED20" w14:textId="77777777" w:rsidR="004B2149" w:rsidRDefault="00000000">
            <w:pPr>
              <w:spacing w:after="40" w:line="252" w:lineRule="auto"/>
            </w:pPr>
            <w:r>
              <w:rPr>
                <w:sz w:val="18"/>
              </w:rPr>
              <w:t>☐ Ownership   ☐ Lease   ☐ Management agreement   ☐ Other rights</w:t>
            </w:r>
          </w:p>
        </w:tc>
      </w:tr>
      <w:tr w:rsidR="004B2149" w14:paraId="4B487A99" w14:textId="77777777">
        <w:trPr>
          <w:jc w:val="center"/>
        </w:trPr>
        <w:tc>
          <w:tcPr>
            <w:tcW w:w="2880"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78ADA396" w14:textId="77777777" w:rsidR="004B2149" w:rsidRDefault="00000000">
            <w:pPr>
              <w:spacing w:after="40" w:line="252" w:lineRule="auto"/>
            </w:pPr>
            <w:r>
              <w:rPr>
                <w:sz w:val="18"/>
              </w:rPr>
              <w:t>Date submitted</w:t>
            </w:r>
          </w:p>
        </w:tc>
        <w:tc>
          <w:tcPr>
            <w:tcW w:w="63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869BB70" w14:textId="77777777" w:rsidR="004B2149" w:rsidRDefault="004B2149">
            <w:pPr>
              <w:spacing w:after="40" w:line="252" w:lineRule="auto"/>
            </w:pPr>
          </w:p>
        </w:tc>
      </w:tr>
    </w:tbl>
    <w:p w14:paraId="3694214A" w14:textId="77777777" w:rsidR="004B2149" w:rsidRDefault="00000000">
      <w:r>
        <w:br w:type="page"/>
      </w:r>
    </w:p>
    <w:p w14:paraId="6BCDE853" w14:textId="77777777" w:rsidR="004B2149" w:rsidRDefault="00000000">
      <w:pPr>
        <w:pStyle w:val="Heading1"/>
        <w:spacing w:before="160" w:after="80"/>
      </w:pPr>
      <w:r>
        <w:lastRenderedPageBreak/>
        <w:t>Before you complete this form</w:t>
      </w:r>
    </w:p>
    <w:p w14:paraId="5556AD30" w14:textId="77777777" w:rsidR="004B2149" w:rsidRDefault="00000000">
      <w:r>
        <w:t>Please complete all sections as fully as possible. If a question is not applicable, state "Not applicable" and explain why. You may attach supporting documents where there is not enough space in the form.</w:t>
      </w:r>
    </w:p>
    <w:tbl>
      <w:tblPr>
        <w:tblW w:w="0" w:type="auto"/>
        <w:jc w:val="center"/>
        <w:tblLayout w:type="fixed"/>
        <w:tblLook w:val="04A0" w:firstRow="1" w:lastRow="0" w:firstColumn="1" w:lastColumn="0" w:noHBand="0" w:noVBand="1"/>
      </w:tblPr>
      <w:tblGrid>
        <w:gridCol w:w="4536"/>
      </w:tblGrid>
      <w:tr w:rsidR="004B2149" w14:paraId="1C2E7429"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9091318" w14:textId="77777777" w:rsidR="004B2149" w:rsidRDefault="00000000">
            <w:pPr>
              <w:spacing w:after="40" w:line="252" w:lineRule="auto"/>
            </w:pPr>
            <w:r>
              <w:rPr>
                <w:sz w:val="18"/>
              </w:rPr>
              <w:t>☐ Check that your organisation is eligible to make an asset transfer request.</w:t>
            </w:r>
          </w:p>
        </w:tc>
      </w:tr>
      <w:tr w:rsidR="004B2149" w14:paraId="3865148D"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D2B122D" w14:textId="77777777" w:rsidR="004B2149" w:rsidRDefault="00000000">
            <w:pPr>
              <w:spacing w:after="40" w:line="252" w:lineRule="auto"/>
            </w:pPr>
            <w:r>
              <w:rPr>
                <w:sz w:val="18"/>
              </w:rPr>
              <w:t>☐ Identify the asset clearly, including address, title, plan or map if available.</w:t>
            </w:r>
          </w:p>
        </w:tc>
      </w:tr>
      <w:tr w:rsidR="004B2149" w14:paraId="533A8C76"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18D234A6" w14:textId="77777777" w:rsidR="004B2149" w:rsidRDefault="00000000">
            <w:pPr>
              <w:spacing w:after="40" w:line="252" w:lineRule="auto"/>
            </w:pPr>
            <w:r>
              <w:rPr>
                <w:sz w:val="18"/>
              </w:rPr>
              <w:t>☐ Contact the College for early discussion before submitting a formal request.</w:t>
            </w:r>
          </w:p>
        </w:tc>
      </w:tr>
      <w:tr w:rsidR="004B2149" w14:paraId="034D6ABB"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82B61A3" w14:textId="77777777" w:rsidR="004B2149" w:rsidRDefault="00000000">
            <w:pPr>
              <w:spacing w:after="40" w:line="252" w:lineRule="auto"/>
            </w:pPr>
            <w:r>
              <w:rPr>
                <w:sz w:val="18"/>
              </w:rPr>
              <w:t>☐ Attach your constitution and supporting governance documents.</w:t>
            </w:r>
          </w:p>
        </w:tc>
      </w:tr>
      <w:tr w:rsidR="004B2149" w14:paraId="5BA9C2D3"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C044A78" w14:textId="77777777" w:rsidR="004B2149" w:rsidRDefault="00000000">
            <w:pPr>
              <w:spacing w:after="40" w:line="252" w:lineRule="auto"/>
            </w:pPr>
            <w:r>
              <w:rPr>
                <w:sz w:val="18"/>
              </w:rPr>
              <w:t>☐ Attach a business plan and evidence of funding where available.</w:t>
            </w:r>
          </w:p>
        </w:tc>
      </w:tr>
    </w:tbl>
    <w:p w14:paraId="1AA3F258" w14:textId="77777777" w:rsidR="004B2149" w:rsidRDefault="00000000">
      <w:pPr>
        <w:pStyle w:val="Heading1"/>
        <w:spacing w:before="160" w:after="80"/>
      </w:pPr>
      <w:r>
        <w:t>1. Applicant details</w:t>
      </w:r>
    </w:p>
    <w:tbl>
      <w:tblPr>
        <w:tblStyle w:val="TableGrid"/>
        <w:tblW w:w="0" w:type="auto"/>
        <w:jc w:val="center"/>
        <w:tblLayout w:type="fixed"/>
        <w:tblLook w:val="04A0" w:firstRow="1" w:lastRow="0" w:firstColumn="1" w:lastColumn="0" w:noHBand="0" w:noVBand="1"/>
      </w:tblPr>
      <w:tblGrid>
        <w:gridCol w:w="3384"/>
        <w:gridCol w:w="5760"/>
      </w:tblGrid>
      <w:tr w:rsidR="004B2149" w14:paraId="3014C7A8"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1E94DDB5" w14:textId="77777777" w:rsidR="004B2149" w:rsidRDefault="00000000">
            <w:pPr>
              <w:spacing w:after="40" w:line="252" w:lineRule="auto"/>
            </w:pPr>
            <w:r>
              <w:rPr>
                <w:b/>
                <w:color w:val="1F4E79"/>
                <w:sz w:val="18"/>
              </w:rPr>
              <w:t>1.1 Name of community transfer body</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500A2406" w14:textId="77777777" w:rsidR="004B2149" w:rsidRDefault="004B2149">
            <w:pPr>
              <w:spacing w:after="40" w:line="252" w:lineRule="auto"/>
            </w:pPr>
          </w:p>
        </w:tc>
      </w:tr>
      <w:tr w:rsidR="004B2149" w14:paraId="6828963D"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283C4AD4" w14:textId="77777777" w:rsidR="004B2149" w:rsidRDefault="00000000">
            <w:pPr>
              <w:spacing w:after="40" w:line="252" w:lineRule="auto"/>
            </w:pPr>
            <w:r>
              <w:rPr>
                <w:b/>
                <w:color w:val="1F4E79"/>
                <w:sz w:val="18"/>
              </w:rPr>
              <w:t>1.2 Main contact name and role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C0F75D7" w14:textId="77777777" w:rsidR="004B2149" w:rsidRDefault="004B2149">
            <w:pPr>
              <w:spacing w:after="40" w:line="252" w:lineRule="auto"/>
            </w:pPr>
          </w:p>
        </w:tc>
      </w:tr>
      <w:tr w:rsidR="004B2149" w14:paraId="1858F353"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781899E4" w14:textId="77777777" w:rsidR="004B2149" w:rsidRDefault="00000000">
            <w:pPr>
              <w:spacing w:after="40" w:line="252" w:lineRule="auto"/>
            </w:pPr>
            <w:r>
              <w:rPr>
                <w:b/>
                <w:color w:val="1F4E79"/>
                <w:sz w:val="18"/>
              </w:rPr>
              <w:t>1.3 Contact address</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2D4CA12" w14:textId="77777777" w:rsidR="004B2149" w:rsidRDefault="004B2149">
            <w:pPr>
              <w:spacing w:after="40" w:line="252" w:lineRule="auto"/>
            </w:pPr>
          </w:p>
        </w:tc>
      </w:tr>
      <w:tr w:rsidR="004B2149" w14:paraId="29C558E1"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277B8860" w14:textId="77777777" w:rsidR="004B2149" w:rsidRDefault="00000000">
            <w:pPr>
              <w:spacing w:after="40" w:line="252" w:lineRule="auto"/>
            </w:pPr>
            <w:r>
              <w:rPr>
                <w:b/>
                <w:color w:val="1F4E79"/>
                <w:sz w:val="18"/>
              </w:rPr>
              <w:t>1.4 Email address</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92BA0D1" w14:textId="77777777" w:rsidR="004B2149" w:rsidRDefault="004B2149">
            <w:pPr>
              <w:spacing w:after="40" w:line="252" w:lineRule="auto"/>
            </w:pPr>
          </w:p>
        </w:tc>
      </w:tr>
      <w:tr w:rsidR="004B2149" w14:paraId="2DEFA9EA"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12EF793F" w14:textId="77777777" w:rsidR="004B2149" w:rsidRDefault="00000000">
            <w:pPr>
              <w:spacing w:after="40" w:line="252" w:lineRule="auto"/>
            </w:pPr>
            <w:r>
              <w:rPr>
                <w:b/>
                <w:color w:val="1F4E79"/>
                <w:sz w:val="18"/>
              </w:rPr>
              <w:t>1.5 Telephone number</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80B20A2" w14:textId="77777777" w:rsidR="004B2149" w:rsidRDefault="004B2149">
            <w:pPr>
              <w:spacing w:after="40" w:line="252" w:lineRule="auto"/>
            </w:pPr>
          </w:p>
        </w:tc>
      </w:tr>
      <w:tr w:rsidR="004B2149" w14:paraId="3DAA096B"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5E563F49" w14:textId="77777777" w:rsidR="004B2149" w:rsidRDefault="00000000">
            <w:pPr>
              <w:spacing w:after="40" w:line="252" w:lineRule="auto"/>
            </w:pPr>
            <w:r>
              <w:rPr>
                <w:b/>
                <w:color w:val="1F4E79"/>
                <w:sz w:val="18"/>
              </w:rPr>
              <w:t>1.6 Website / social media</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DC6C616" w14:textId="77777777" w:rsidR="004B2149" w:rsidRDefault="004B2149">
            <w:pPr>
              <w:spacing w:after="40" w:line="252" w:lineRule="auto"/>
            </w:pPr>
          </w:p>
        </w:tc>
      </w:tr>
      <w:tr w:rsidR="004B2149" w14:paraId="741D7A93"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3F381607" w14:textId="77777777" w:rsidR="004B2149" w:rsidRDefault="00000000">
            <w:pPr>
              <w:spacing w:after="40" w:line="252" w:lineRule="auto"/>
            </w:pPr>
            <w:r>
              <w:rPr>
                <w:b/>
                <w:color w:val="1F4E79"/>
                <w:sz w:val="18"/>
              </w:rPr>
              <w:t>1.7 Legal form of organisation</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5B1E14F" w14:textId="77777777" w:rsidR="004B2149" w:rsidRDefault="00000000">
            <w:pPr>
              <w:spacing w:after="40" w:line="252" w:lineRule="auto"/>
            </w:pPr>
            <w:r>
              <w:rPr>
                <w:sz w:val="18"/>
              </w:rPr>
              <w:t>☐ SCIO   ☐ Company limited by guarantee   ☐ Community benefit society   ☐ Unincorporated association   ☐ Other: __________</w:t>
            </w:r>
          </w:p>
        </w:tc>
      </w:tr>
      <w:tr w:rsidR="004B2149" w14:paraId="16F0B294"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29F4424E" w14:textId="77777777" w:rsidR="004B2149" w:rsidRDefault="00000000">
            <w:pPr>
              <w:spacing w:after="40" w:line="252" w:lineRule="auto"/>
            </w:pPr>
            <w:r>
              <w:rPr>
                <w:b/>
                <w:color w:val="1F4E79"/>
                <w:sz w:val="18"/>
              </w:rPr>
              <w:t>1.8 Charity or company number, if applicable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1AA06934" w14:textId="77777777" w:rsidR="004B2149" w:rsidRDefault="004B2149">
            <w:pPr>
              <w:spacing w:after="40" w:line="252" w:lineRule="auto"/>
            </w:pPr>
          </w:p>
        </w:tc>
      </w:tr>
    </w:tbl>
    <w:p w14:paraId="2AFFA492" w14:textId="77777777" w:rsidR="004B2149" w:rsidRDefault="004B2149">
      <w:pPr>
        <w:spacing w:after="40"/>
      </w:pPr>
    </w:p>
    <w:p w14:paraId="2C592F7C" w14:textId="77777777" w:rsidR="004B2149" w:rsidRDefault="00000000">
      <w:pPr>
        <w:keepNext/>
      </w:pPr>
      <w:r>
        <w:rPr>
          <w:b/>
          <w:color w:val="1F4E79"/>
        </w:rPr>
        <w:t>1.9 Purpose and activities of your organisation</w:t>
      </w:r>
    </w:p>
    <w:p w14:paraId="747F7598" w14:textId="77777777" w:rsidR="004B2149" w:rsidRDefault="00000000">
      <w:pPr>
        <w:pStyle w:val="Instruction"/>
      </w:pPr>
      <w:r>
        <w:t>Briefly describe your organisation, its aims, main activities and the community it serves.</w:t>
      </w:r>
    </w:p>
    <w:tbl>
      <w:tblPr>
        <w:tblW w:w="0" w:type="auto"/>
        <w:tblLook w:val="04A0" w:firstRow="1" w:lastRow="0" w:firstColumn="1" w:lastColumn="0" w:noHBand="0" w:noVBand="1"/>
      </w:tblPr>
      <w:tblGrid>
        <w:gridCol w:w="10224"/>
      </w:tblGrid>
      <w:tr w:rsidR="004B2149" w14:paraId="23174930"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58CF4858" w14:textId="77777777" w:rsidR="004B2149" w:rsidRDefault="00000000">
            <w:pPr>
              <w:spacing w:line="276" w:lineRule="auto"/>
            </w:pPr>
            <w:r>
              <w:br/>
            </w:r>
            <w:r>
              <w:br/>
            </w:r>
            <w:r>
              <w:br/>
            </w:r>
            <w:r>
              <w:br/>
            </w:r>
            <w:r>
              <w:br/>
            </w:r>
            <w:r>
              <w:br/>
            </w:r>
          </w:p>
        </w:tc>
      </w:tr>
    </w:tbl>
    <w:p w14:paraId="4F5F7B85" w14:textId="77777777" w:rsidR="004B2149" w:rsidRDefault="004B2149">
      <w:pPr>
        <w:spacing w:after="20"/>
      </w:pPr>
    </w:p>
    <w:p w14:paraId="1D12894A" w14:textId="77777777" w:rsidR="004B2149" w:rsidRDefault="00000000">
      <w:pPr>
        <w:pStyle w:val="Heading1"/>
        <w:spacing w:before="160" w:after="80"/>
      </w:pPr>
      <w:r>
        <w:lastRenderedPageBreak/>
        <w:t>2. Eligibility as a Community Transfer Body</w:t>
      </w:r>
    </w:p>
    <w:tbl>
      <w:tblPr>
        <w:tblW w:w="0" w:type="auto"/>
        <w:jc w:val="center"/>
        <w:tblLook w:val="04A0" w:firstRow="1" w:lastRow="0" w:firstColumn="1" w:lastColumn="0" w:noHBand="0" w:noVBand="1"/>
      </w:tblPr>
      <w:tblGrid>
        <w:gridCol w:w="10224"/>
      </w:tblGrid>
      <w:tr w:rsidR="004B2149" w14:paraId="08BCA088" w14:textId="77777777">
        <w:trPr>
          <w:jc w:val="center"/>
        </w:trPr>
        <w:tc>
          <w:tcPr>
            <w:tcW w:w="10224" w:type="dxa"/>
            <w:tcBorders>
              <w:top w:val="single" w:sz="8" w:space="0" w:color="9CBBD2"/>
              <w:left w:val="single" w:sz="8" w:space="0" w:color="9CBBD2"/>
              <w:bottom w:val="single" w:sz="8" w:space="0" w:color="9CBBD2"/>
              <w:right w:val="single" w:sz="8" w:space="0" w:color="9CBBD2"/>
            </w:tcBorders>
            <w:shd w:val="clear" w:color="auto" w:fill="EAF3F8"/>
            <w:tcMar>
              <w:top w:w="140" w:type="dxa"/>
              <w:left w:w="160" w:type="dxa"/>
              <w:bottom w:w="140" w:type="dxa"/>
              <w:right w:w="160" w:type="dxa"/>
            </w:tcMar>
          </w:tcPr>
          <w:p w14:paraId="6B29ABE7" w14:textId="77777777" w:rsidR="004B2149" w:rsidRDefault="00000000">
            <w:pPr>
              <w:spacing w:after="80"/>
            </w:pPr>
            <w:r>
              <w:rPr>
                <w:b/>
                <w:color w:val="1F4E79"/>
              </w:rPr>
              <w:t>Eligibility</w:t>
            </w:r>
          </w:p>
          <w:p w14:paraId="38B4BCD2" w14:textId="77777777" w:rsidR="004B2149" w:rsidRDefault="00000000">
            <w:pPr>
              <w:spacing w:after="0"/>
            </w:pPr>
            <w:r>
              <w:rPr>
                <w:sz w:val="18"/>
              </w:rPr>
              <w:t>The College must be able to confirm that the applicant is a community transfer body for the purposes of Part 5 of the Community Empowerment (Scotland) Act 2015. Please provide enough information to demonstrate eligibility.</w:t>
            </w:r>
          </w:p>
        </w:tc>
      </w:tr>
    </w:tbl>
    <w:tbl>
      <w:tblPr>
        <w:tblW w:w="0" w:type="auto"/>
        <w:jc w:val="center"/>
        <w:tblLayout w:type="fixed"/>
        <w:tblLook w:val="04A0" w:firstRow="1" w:lastRow="0" w:firstColumn="1" w:lastColumn="0" w:noHBand="0" w:noVBand="1"/>
      </w:tblPr>
      <w:tblGrid>
        <w:gridCol w:w="4536"/>
      </w:tblGrid>
      <w:tr w:rsidR="004B2149" w14:paraId="5B174E49"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7672586" w14:textId="77777777" w:rsidR="004B2149" w:rsidRDefault="00000000">
            <w:pPr>
              <w:spacing w:after="40" w:line="252" w:lineRule="auto"/>
            </w:pPr>
            <w:r>
              <w:rPr>
                <w:sz w:val="18"/>
              </w:rPr>
              <w:t>☐ Our organisation has a written constitution or governing document.</w:t>
            </w:r>
          </w:p>
        </w:tc>
      </w:tr>
      <w:tr w:rsidR="004B2149" w14:paraId="66AB9A72"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82320BC" w14:textId="77777777" w:rsidR="004B2149" w:rsidRDefault="00000000">
            <w:pPr>
              <w:spacing w:after="40" w:line="252" w:lineRule="auto"/>
            </w:pPr>
            <w:r>
              <w:rPr>
                <w:sz w:val="18"/>
              </w:rPr>
              <w:t>☐ Our membership is open to members of the community we represent.</w:t>
            </w:r>
          </w:p>
        </w:tc>
      </w:tr>
      <w:tr w:rsidR="004B2149" w14:paraId="1C764E6A"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050F28F" w14:textId="77777777" w:rsidR="004B2149" w:rsidRDefault="00000000">
            <w:pPr>
              <w:spacing w:after="40" w:line="252" w:lineRule="auto"/>
            </w:pPr>
            <w:r>
              <w:rPr>
                <w:sz w:val="18"/>
              </w:rPr>
              <w:t>☐ Our organisation is controlled by members of that community.</w:t>
            </w:r>
          </w:p>
        </w:tc>
      </w:tr>
      <w:tr w:rsidR="004B2149" w14:paraId="162BC8B6"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1AAF2A8" w14:textId="77777777" w:rsidR="004B2149" w:rsidRDefault="00000000">
            <w:pPr>
              <w:spacing w:after="40" w:line="252" w:lineRule="auto"/>
            </w:pPr>
            <w:r>
              <w:rPr>
                <w:sz w:val="18"/>
              </w:rPr>
              <w:t>☐ Our surplus funds or assets are applied for community benefit.</w:t>
            </w:r>
          </w:p>
        </w:tc>
      </w:tr>
      <w:tr w:rsidR="004B2149" w14:paraId="5D1CB092"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8BFB202" w14:textId="77777777" w:rsidR="004B2149" w:rsidRDefault="00000000">
            <w:pPr>
              <w:spacing w:after="40" w:line="252" w:lineRule="auto"/>
            </w:pPr>
            <w:r>
              <w:rPr>
                <w:sz w:val="18"/>
              </w:rPr>
              <w:t>☐ Our constitution includes arrangements for winding up and transfer of assets for community benefit.</w:t>
            </w:r>
          </w:p>
        </w:tc>
      </w:tr>
      <w:tr w:rsidR="004B2149" w14:paraId="392BBC69"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0AEB392" w14:textId="77777777" w:rsidR="004B2149" w:rsidRDefault="00000000">
            <w:pPr>
              <w:spacing w:after="40" w:line="252" w:lineRule="auto"/>
            </w:pPr>
            <w:r>
              <w:rPr>
                <w:sz w:val="18"/>
              </w:rPr>
              <w:t>☐ We are seeking ownership and meet the additional ownership requirements, where applicable.</w:t>
            </w:r>
          </w:p>
        </w:tc>
      </w:tr>
    </w:tbl>
    <w:p w14:paraId="5DE7CFD9" w14:textId="77777777" w:rsidR="004B2149" w:rsidRDefault="00000000">
      <w:pPr>
        <w:keepNext/>
      </w:pPr>
      <w:r>
        <w:rPr>
          <w:b/>
          <w:color w:val="1F4E79"/>
        </w:rPr>
        <w:t>2.1 Community represented</w:t>
      </w:r>
    </w:p>
    <w:p w14:paraId="211DB185" w14:textId="77777777" w:rsidR="004B2149" w:rsidRDefault="00000000">
      <w:pPr>
        <w:pStyle w:val="Instruction"/>
      </w:pPr>
      <w:r>
        <w:t>Describe the geographical community or community of interest represented by your organisation.</w:t>
      </w:r>
    </w:p>
    <w:tbl>
      <w:tblPr>
        <w:tblW w:w="0" w:type="auto"/>
        <w:tblLook w:val="04A0" w:firstRow="1" w:lastRow="0" w:firstColumn="1" w:lastColumn="0" w:noHBand="0" w:noVBand="1"/>
      </w:tblPr>
      <w:tblGrid>
        <w:gridCol w:w="10224"/>
      </w:tblGrid>
      <w:tr w:rsidR="004B2149" w14:paraId="48D1B474"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0B2FEE32" w14:textId="77777777" w:rsidR="004B2149" w:rsidRDefault="00000000">
            <w:pPr>
              <w:spacing w:line="276" w:lineRule="auto"/>
            </w:pPr>
            <w:r>
              <w:br/>
            </w:r>
            <w:r>
              <w:br/>
            </w:r>
            <w:r>
              <w:br/>
            </w:r>
            <w:r>
              <w:br/>
            </w:r>
            <w:r>
              <w:br/>
            </w:r>
          </w:p>
        </w:tc>
      </w:tr>
    </w:tbl>
    <w:p w14:paraId="30049A23" w14:textId="77777777" w:rsidR="004B2149" w:rsidRDefault="004B2149">
      <w:pPr>
        <w:spacing w:after="20"/>
      </w:pPr>
    </w:p>
    <w:p w14:paraId="3B99FBF2" w14:textId="77777777" w:rsidR="004B2149" w:rsidRDefault="00000000">
      <w:pPr>
        <w:keepNext/>
      </w:pPr>
      <w:r>
        <w:rPr>
          <w:b/>
          <w:color w:val="1F4E79"/>
        </w:rPr>
        <w:t>2.2 Governance and membership</w:t>
      </w:r>
    </w:p>
    <w:p w14:paraId="1D63347B" w14:textId="77777777" w:rsidR="004B2149" w:rsidRDefault="00000000">
      <w:pPr>
        <w:pStyle w:val="Instruction"/>
      </w:pPr>
      <w:r>
        <w:t>Describe your membership arrangements, decision-making process and how the community controls the organisation.</w:t>
      </w:r>
    </w:p>
    <w:tbl>
      <w:tblPr>
        <w:tblW w:w="0" w:type="auto"/>
        <w:tblLook w:val="04A0" w:firstRow="1" w:lastRow="0" w:firstColumn="1" w:lastColumn="0" w:noHBand="0" w:noVBand="1"/>
      </w:tblPr>
      <w:tblGrid>
        <w:gridCol w:w="10224"/>
      </w:tblGrid>
      <w:tr w:rsidR="004B2149" w14:paraId="305748D6"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01E103B1" w14:textId="77777777" w:rsidR="004B2149" w:rsidRDefault="00000000">
            <w:pPr>
              <w:spacing w:line="276" w:lineRule="auto"/>
            </w:pPr>
            <w:r>
              <w:br/>
            </w:r>
            <w:r>
              <w:br/>
            </w:r>
            <w:r>
              <w:br/>
            </w:r>
            <w:r>
              <w:br/>
            </w:r>
            <w:r>
              <w:br/>
            </w:r>
          </w:p>
        </w:tc>
      </w:tr>
    </w:tbl>
    <w:p w14:paraId="1F9201AE" w14:textId="77777777" w:rsidR="004B2149" w:rsidRDefault="004B2149">
      <w:pPr>
        <w:spacing w:after="20"/>
      </w:pPr>
    </w:p>
    <w:p w14:paraId="2E691690" w14:textId="77777777" w:rsidR="00471D33" w:rsidRDefault="00471D33">
      <w:pPr>
        <w:keepNext/>
        <w:rPr>
          <w:b/>
          <w:color w:val="1F4E79"/>
        </w:rPr>
      </w:pPr>
    </w:p>
    <w:p w14:paraId="7E44F867" w14:textId="77777777" w:rsidR="00471D33" w:rsidRDefault="00471D33">
      <w:pPr>
        <w:keepNext/>
        <w:rPr>
          <w:b/>
          <w:color w:val="1F4E79"/>
        </w:rPr>
      </w:pPr>
    </w:p>
    <w:p w14:paraId="6F38A768" w14:textId="77777777" w:rsidR="00471D33" w:rsidRDefault="00471D33">
      <w:pPr>
        <w:spacing w:after="200" w:line="276" w:lineRule="auto"/>
        <w:rPr>
          <w:b/>
          <w:color w:val="1F4E79"/>
        </w:rPr>
      </w:pPr>
      <w:r>
        <w:rPr>
          <w:b/>
          <w:color w:val="1F4E79"/>
        </w:rPr>
        <w:br w:type="page"/>
      </w:r>
    </w:p>
    <w:p w14:paraId="3F5722B7" w14:textId="60426C11" w:rsidR="004B2149" w:rsidRDefault="00000000">
      <w:pPr>
        <w:keepNext/>
      </w:pPr>
      <w:r>
        <w:rPr>
          <w:b/>
          <w:color w:val="1F4E79"/>
        </w:rPr>
        <w:lastRenderedPageBreak/>
        <w:t>2.3 If you are not a community-controlled body</w:t>
      </w:r>
    </w:p>
    <w:p w14:paraId="0CDB8A4B" w14:textId="77777777" w:rsidR="004B2149" w:rsidRDefault="00000000">
      <w:pPr>
        <w:pStyle w:val="Instruction"/>
      </w:pPr>
      <w:r>
        <w:t>Explain the basis on which your organisation considers that it is a community transfer body. If not applicable, write "Not applicable".</w:t>
      </w:r>
    </w:p>
    <w:tbl>
      <w:tblPr>
        <w:tblW w:w="0" w:type="auto"/>
        <w:tblLook w:val="04A0" w:firstRow="1" w:lastRow="0" w:firstColumn="1" w:lastColumn="0" w:noHBand="0" w:noVBand="1"/>
      </w:tblPr>
      <w:tblGrid>
        <w:gridCol w:w="10224"/>
      </w:tblGrid>
      <w:tr w:rsidR="004B2149" w14:paraId="25F25B67"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5D55217B" w14:textId="77777777" w:rsidR="004B2149" w:rsidRDefault="00000000">
            <w:pPr>
              <w:spacing w:line="276" w:lineRule="auto"/>
            </w:pPr>
            <w:r>
              <w:br/>
            </w:r>
            <w:r>
              <w:br/>
            </w:r>
            <w:r>
              <w:br/>
            </w:r>
            <w:r>
              <w:br/>
            </w:r>
          </w:p>
        </w:tc>
      </w:tr>
    </w:tbl>
    <w:p w14:paraId="5DA95196" w14:textId="77777777" w:rsidR="004B2149" w:rsidRDefault="004B2149">
      <w:pPr>
        <w:spacing w:after="20"/>
      </w:pPr>
    </w:p>
    <w:p w14:paraId="43ABD929" w14:textId="77777777" w:rsidR="004B2149" w:rsidRDefault="00000000">
      <w:pPr>
        <w:pStyle w:val="Heading1"/>
        <w:spacing w:before="160" w:after="80"/>
      </w:pPr>
      <w:r>
        <w:t>3. Asset requested</w:t>
      </w:r>
    </w:p>
    <w:tbl>
      <w:tblPr>
        <w:tblStyle w:val="TableGrid"/>
        <w:tblW w:w="0" w:type="auto"/>
        <w:jc w:val="center"/>
        <w:tblLayout w:type="fixed"/>
        <w:tblLook w:val="04A0" w:firstRow="1" w:lastRow="0" w:firstColumn="1" w:lastColumn="0" w:noHBand="0" w:noVBand="1"/>
      </w:tblPr>
      <w:tblGrid>
        <w:gridCol w:w="3384"/>
        <w:gridCol w:w="5760"/>
      </w:tblGrid>
      <w:tr w:rsidR="004B2149" w14:paraId="456D0ABD"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32B6C26D" w14:textId="77777777" w:rsidR="004B2149" w:rsidRDefault="00000000">
            <w:pPr>
              <w:spacing w:after="40" w:line="252" w:lineRule="auto"/>
            </w:pPr>
            <w:r>
              <w:rPr>
                <w:b/>
                <w:color w:val="1F4E79"/>
                <w:sz w:val="18"/>
              </w:rPr>
              <w:t>3.1 Asset name or description</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84DA2D8" w14:textId="77777777" w:rsidR="004B2149" w:rsidRDefault="004B2149">
            <w:pPr>
              <w:spacing w:after="40" w:line="252" w:lineRule="auto"/>
            </w:pPr>
          </w:p>
        </w:tc>
      </w:tr>
      <w:tr w:rsidR="004B2149" w14:paraId="659DAAAA"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0341DF70" w14:textId="77777777" w:rsidR="004B2149" w:rsidRDefault="00000000">
            <w:pPr>
              <w:spacing w:after="40" w:line="252" w:lineRule="auto"/>
            </w:pPr>
            <w:r>
              <w:rPr>
                <w:b/>
                <w:color w:val="1F4E79"/>
                <w:sz w:val="18"/>
              </w:rPr>
              <w:t>3.2 Address / location</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112578F3" w14:textId="77777777" w:rsidR="004B2149" w:rsidRDefault="004B2149">
            <w:pPr>
              <w:spacing w:after="40" w:line="252" w:lineRule="auto"/>
            </w:pPr>
          </w:p>
        </w:tc>
      </w:tr>
      <w:tr w:rsidR="004B2149" w14:paraId="38A62ECB"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6CA928ED" w14:textId="77777777" w:rsidR="004B2149" w:rsidRDefault="00000000">
            <w:pPr>
              <w:spacing w:after="40" w:line="252" w:lineRule="auto"/>
            </w:pPr>
            <w:r>
              <w:rPr>
                <w:b/>
                <w:color w:val="1F4E79"/>
                <w:sz w:val="18"/>
              </w:rPr>
              <w:t>3.3 Asset reference, if known</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093FEE4" w14:textId="77777777" w:rsidR="004B2149" w:rsidRDefault="004B2149">
            <w:pPr>
              <w:spacing w:after="40" w:line="252" w:lineRule="auto"/>
            </w:pPr>
          </w:p>
        </w:tc>
      </w:tr>
      <w:tr w:rsidR="004B2149" w14:paraId="1FCEBD83"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5A5E03E7" w14:textId="77777777" w:rsidR="004B2149" w:rsidRDefault="00000000">
            <w:pPr>
              <w:spacing w:after="40" w:line="252" w:lineRule="auto"/>
            </w:pPr>
            <w:r>
              <w:rPr>
                <w:b/>
                <w:color w:val="1F4E79"/>
                <w:sz w:val="18"/>
              </w:rPr>
              <w:t>3.4 Is a plan or map attached?</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3C88CCF" w14:textId="77777777" w:rsidR="004B2149" w:rsidRDefault="00000000">
            <w:pPr>
              <w:spacing w:after="40" w:line="252" w:lineRule="auto"/>
            </w:pPr>
            <w:r>
              <w:rPr>
                <w:sz w:val="18"/>
              </w:rPr>
              <w:t>☐ Yes   ☐ No</w:t>
            </w:r>
          </w:p>
        </w:tc>
      </w:tr>
      <w:tr w:rsidR="004B2149" w14:paraId="056B097E"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59491C09" w14:textId="77777777" w:rsidR="004B2149" w:rsidRDefault="00000000">
            <w:pPr>
              <w:spacing w:after="40" w:line="252" w:lineRule="auto"/>
            </w:pPr>
            <w:r>
              <w:rPr>
                <w:b/>
                <w:color w:val="1F4E79"/>
                <w:sz w:val="18"/>
              </w:rPr>
              <w:t>3.5 Is the whole asset requested?</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4C5701E" w14:textId="77777777" w:rsidR="004B2149" w:rsidRDefault="00000000">
            <w:pPr>
              <w:spacing w:after="40" w:line="252" w:lineRule="auto"/>
            </w:pPr>
            <w:r>
              <w:rPr>
                <w:sz w:val="18"/>
              </w:rPr>
              <w:t>☐ Yes   ☐ No - part only. If part only, describe below.</w:t>
            </w:r>
          </w:p>
        </w:tc>
      </w:tr>
    </w:tbl>
    <w:p w14:paraId="7657CB09" w14:textId="77777777" w:rsidR="004B2149" w:rsidRDefault="004B2149">
      <w:pPr>
        <w:spacing w:after="40"/>
      </w:pPr>
    </w:p>
    <w:p w14:paraId="2115152D" w14:textId="77777777" w:rsidR="004B2149" w:rsidRDefault="00000000">
      <w:pPr>
        <w:keepNext/>
      </w:pPr>
      <w:r>
        <w:rPr>
          <w:b/>
          <w:color w:val="1F4E79"/>
        </w:rPr>
        <w:t>3.6 Description of the land or building requested</w:t>
      </w:r>
    </w:p>
    <w:p w14:paraId="40DA3165" w14:textId="77777777" w:rsidR="004B2149" w:rsidRDefault="00000000">
      <w:pPr>
        <w:pStyle w:val="Instruction"/>
      </w:pPr>
      <w:r>
        <w:t>Describe the asset and any part of the land or building included in the request. Attach a plan or map where possible.</w:t>
      </w:r>
    </w:p>
    <w:tbl>
      <w:tblPr>
        <w:tblW w:w="0" w:type="auto"/>
        <w:tblLook w:val="04A0" w:firstRow="1" w:lastRow="0" w:firstColumn="1" w:lastColumn="0" w:noHBand="0" w:noVBand="1"/>
      </w:tblPr>
      <w:tblGrid>
        <w:gridCol w:w="10224"/>
      </w:tblGrid>
      <w:tr w:rsidR="004B2149" w14:paraId="2B98DEEF"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0DA5C590" w14:textId="77777777" w:rsidR="004B2149" w:rsidRDefault="00000000">
            <w:pPr>
              <w:spacing w:line="276" w:lineRule="auto"/>
            </w:pPr>
            <w:r>
              <w:br/>
            </w:r>
            <w:r>
              <w:br/>
            </w:r>
            <w:r>
              <w:br/>
            </w:r>
            <w:r>
              <w:br/>
            </w:r>
            <w:r>
              <w:br/>
            </w:r>
            <w:r>
              <w:br/>
            </w:r>
            <w:r>
              <w:br/>
            </w:r>
          </w:p>
        </w:tc>
      </w:tr>
    </w:tbl>
    <w:p w14:paraId="22AD4474" w14:textId="77777777" w:rsidR="004B2149" w:rsidRDefault="004B2149">
      <w:pPr>
        <w:spacing w:after="20"/>
      </w:pPr>
    </w:p>
    <w:p w14:paraId="71B27E4A" w14:textId="77777777" w:rsidR="00471D33" w:rsidRDefault="00471D33">
      <w:pPr>
        <w:spacing w:after="200" w:line="276" w:lineRule="auto"/>
        <w:rPr>
          <w:rFonts w:asciiTheme="majorHAnsi" w:eastAsiaTheme="majorEastAsia" w:hAnsiTheme="majorHAnsi" w:cstheme="majorBidi"/>
          <w:b/>
          <w:bCs/>
          <w:color w:val="1F4E79"/>
          <w:sz w:val="28"/>
          <w:szCs w:val="28"/>
        </w:rPr>
      </w:pPr>
      <w:r>
        <w:br w:type="page"/>
      </w:r>
    </w:p>
    <w:p w14:paraId="6C27D082" w14:textId="6B7B3BD0" w:rsidR="004B2149" w:rsidRDefault="00000000">
      <w:pPr>
        <w:pStyle w:val="Heading1"/>
        <w:spacing w:before="160" w:after="80"/>
      </w:pPr>
      <w:r>
        <w:lastRenderedPageBreak/>
        <w:t>4. Rights requested</w:t>
      </w:r>
    </w:p>
    <w:tbl>
      <w:tblPr>
        <w:tblW w:w="0" w:type="auto"/>
        <w:jc w:val="center"/>
        <w:tblLayout w:type="fixed"/>
        <w:tblLook w:val="04A0" w:firstRow="1" w:lastRow="0" w:firstColumn="1" w:lastColumn="0" w:noHBand="0" w:noVBand="1"/>
      </w:tblPr>
      <w:tblGrid>
        <w:gridCol w:w="4536"/>
        <w:gridCol w:w="4536"/>
      </w:tblGrid>
      <w:tr w:rsidR="004B2149" w14:paraId="4D242E15"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E76F82C" w14:textId="77777777" w:rsidR="004B2149" w:rsidRDefault="00000000">
            <w:pPr>
              <w:spacing w:after="40" w:line="252" w:lineRule="auto"/>
            </w:pPr>
            <w:r>
              <w:rPr>
                <w:sz w:val="18"/>
              </w:rPr>
              <w:t>☐ Ownership of the asset</w:t>
            </w:r>
          </w:p>
        </w:tc>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51B8E05" w14:textId="77777777" w:rsidR="004B2149" w:rsidRDefault="00000000">
            <w:pPr>
              <w:spacing w:after="40" w:line="252" w:lineRule="auto"/>
            </w:pPr>
            <w:r>
              <w:rPr>
                <w:sz w:val="18"/>
              </w:rPr>
              <w:t>☐ Lease of the asset</w:t>
            </w:r>
          </w:p>
        </w:tc>
      </w:tr>
      <w:tr w:rsidR="004B2149" w14:paraId="7F52D59F"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008B46C" w14:textId="77777777" w:rsidR="004B2149" w:rsidRDefault="00000000">
            <w:pPr>
              <w:spacing w:after="40" w:line="252" w:lineRule="auto"/>
            </w:pPr>
            <w:r>
              <w:rPr>
                <w:sz w:val="18"/>
              </w:rPr>
              <w:t>☐ Management agreement</w:t>
            </w:r>
          </w:p>
        </w:tc>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8FE5013" w14:textId="77777777" w:rsidR="004B2149" w:rsidRDefault="00000000">
            <w:pPr>
              <w:spacing w:after="40" w:line="252" w:lineRule="auto"/>
            </w:pPr>
            <w:r>
              <w:rPr>
                <w:sz w:val="18"/>
              </w:rPr>
              <w:t>☐ Licence to occupy or use</w:t>
            </w:r>
          </w:p>
        </w:tc>
      </w:tr>
      <w:tr w:rsidR="004B2149" w14:paraId="0AB7B483"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7DA31BE" w14:textId="77777777" w:rsidR="004B2149" w:rsidRDefault="00000000">
            <w:pPr>
              <w:spacing w:after="40" w:line="252" w:lineRule="auto"/>
            </w:pPr>
            <w:r>
              <w:rPr>
                <w:sz w:val="18"/>
              </w:rPr>
              <w:t>☐ Other rights over the asset</w:t>
            </w:r>
          </w:p>
        </w:tc>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78B31EF6" w14:textId="77777777" w:rsidR="004B2149" w:rsidRDefault="00000000">
            <w:pPr>
              <w:spacing w:after="40" w:line="252" w:lineRule="auto"/>
            </w:pPr>
            <w:r>
              <w:rPr>
                <w:sz w:val="18"/>
              </w:rPr>
              <w:t>☐ Not sure - we would like to discuss options</w:t>
            </w:r>
          </w:p>
        </w:tc>
      </w:tr>
    </w:tbl>
    <w:p w14:paraId="4494C3DB" w14:textId="77777777" w:rsidR="004B2149" w:rsidRDefault="00000000">
      <w:pPr>
        <w:keepNext/>
      </w:pPr>
      <w:r>
        <w:rPr>
          <w:b/>
          <w:color w:val="1F4E79"/>
        </w:rPr>
        <w:t>4.1 Details of the rights requested</w:t>
      </w:r>
    </w:p>
    <w:p w14:paraId="1A2A803A" w14:textId="77777777" w:rsidR="004B2149" w:rsidRDefault="00000000">
      <w:pPr>
        <w:pStyle w:val="Instruction"/>
      </w:pPr>
      <w:r>
        <w:t>State clearly what right you are requesting, including proposed duration for a lease, licence or management arrangement, and any proposed price, rent or consideration.</w:t>
      </w:r>
    </w:p>
    <w:tbl>
      <w:tblPr>
        <w:tblW w:w="0" w:type="auto"/>
        <w:tblLook w:val="04A0" w:firstRow="1" w:lastRow="0" w:firstColumn="1" w:lastColumn="0" w:noHBand="0" w:noVBand="1"/>
      </w:tblPr>
      <w:tblGrid>
        <w:gridCol w:w="10224"/>
      </w:tblGrid>
      <w:tr w:rsidR="004B2149" w14:paraId="0D9A3E22"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6B85F87A" w14:textId="77777777" w:rsidR="004B2149" w:rsidRDefault="00000000">
            <w:pPr>
              <w:spacing w:line="276" w:lineRule="auto"/>
            </w:pPr>
            <w:r>
              <w:br/>
            </w:r>
            <w:r>
              <w:br/>
            </w:r>
            <w:r>
              <w:br/>
            </w:r>
            <w:r>
              <w:br/>
            </w:r>
            <w:r>
              <w:br/>
            </w:r>
            <w:r>
              <w:br/>
            </w:r>
            <w:r>
              <w:br/>
            </w:r>
          </w:p>
        </w:tc>
      </w:tr>
    </w:tbl>
    <w:p w14:paraId="714E61B6" w14:textId="77777777" w:rsidR="004B2149" w:rsidRDefault="004B2149">
      <w:pPr>
        <w:spacing w:after="20"/>
      </w:pPr>
    </w:p>
    <w:p w14:paraId="67076845" w14:textId="77777777" w:rsidR="004B2149" w:rsidRDefault="00000000">
      <w:pPr>
        <w:pStyle w:val="Heading1"/>
        <w:spacing w:before="160" w:after="80"/>
      </w:pPr>
      <w:r>
        <w:t>5. Proposed use and community benefits</w:t>
      </w:r>
    </w:p>
    <w:p w14:paraId="2238014D" w14:textId="77777777" w:rsidR="004B2149" w:rsidRDefault="00000000">
      <w:pPr>
        <w:keepNext/>
      </w:pPr>
      <w:r>
        <w:rPr>
          <w:b/>
          <w:color w:val="1F4E79"/>
        </w:rPr>
        <w:t>5.1 Proposed use of the asset</w:t>
      </w:r>
    </w:p>
    <w:p w14:paraId="59969F78" w14:textId="77777777" w:rsidR="004B2149" w:rsidRDefault="00000000">
      <w:pPr>
        <w:pStyle w:val="Instruction"/>
      </w:pPr>
      <w:r>
        <w:t>Describe how your organisation proposes to use the asset. Include intended services, activities, users, opening hours, partners and delivery arrangements.</w:t>
      </w:r>
    </w:p>
    <w:tbl>
      <w:tblPr>
        <w:tblW w:w="0" w:type="auto"/>
        <w:tblLook w:val="04A0" w:firstRow="1" w:lastRow="0" w:firstColumn="1" w:lastColumn="0" w:noHBand="0" w:noVBand="1"/>
      </w:tblPr>
      <w:tblGrid>
        <w:gridCol w:w="10224"/>
      </w:tblGrid>
      <w:tr w:rsidR="004B2149" w14:paraId="34556ED8"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027096CA" w14:textId="77777777" w:rsidR="004B2149" w:rsidRDefault="00000000">
            <w:pPr>
              <w:spacing w:line="276" w:lineRule="auto"/>
            </w:pPr>
            <w:r>
              <w:br/>
            </w:r>
            <w:r>
              <w:br/>
            </w:r>
            <w:r>
              <w:br/>
            </w:r>
            <w:r>
              <w:br/>
            </w:r>
            <w:r>
              <w:br/>
            </w:r>
            <w:r>
              <w:br/>
            </w:r>
            <w:r>
              <w:br/>
            </w:r>
            <w:r>
              <w:br/>
            </w:r>
          </w:p>
        </w:tc>
      </w:tr>
    </w:tbl>
    <w:p w14:paraId="4C8A156F" w14:textId="77777777" w:rsidR="004B2149" w:rsidRDefault="004B2149">
      <w:pPr>
        <w:spacing w:after="20"/>
      </w:pPr>
    </w:p>
    <w:p w14:paraId="6865204F" w14:textId="77777777" w:rsidR="004B2149" w:rsidRDefault="00000000">
      <w:pPr>
        <w:keepNext/>
      </w:pPr>
      <w:r>
        <w:rPr>
          <w:b/>
          <w:color w:val="1F4E79"/>
        </w:rPr>
        <w:t>5.2 Community benefits</w:t>
      </w:r>
    </w:p>
    <w:p w14:paraId="0A956080" w14:textId="77777777" w:rsidR="004B2149" w:rsidRDefault="00000000">
      <w:pPr>
        <w:pStyle w:val="Instruction"/>
      </w:pPr>
      <w:r>
        <w:t>Describe the expected social, economic, environmental, educational or wellbeing benefits. Explain who will benefit and how benefits will be measured.</w:t>
      </w:r>
    </w:p>
    <w:tbl>
      <w:tblPr>
        <w:tblW w:w="0" w:type="auto"/>
        <w:tblLook w:val="04A0" w:firstRow="1" w:lastRow="0" w:firstColumn="1" w:lastColumn="0" w:noHBand="0" w:noVBand="1"/>
      </w:tblPr>
      <w:tblGrid>
        <w:gridCol w:w="10224"/>
      </w:tblGrid>
      <w:tr w:rsidR="004B2149" w14:paraId="6B12C5EF"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1FA3D443" w14:textId="60219E23" w:rsidR="004B2149" w:rsidRDefault="00000000">
            <w:pPr>
              <w:spacing w:line="276" w:lineRule="auto"/>
            </w:pPr>
            <w:r>
              <w:br/>
            </w:r>
            <w:r>
              <w:br/>
            </w:r>
            <w:r>
              <w:br/>
            </w:r>
            <w:r>
              <w:br/>
            </w:r>
            <w:r>
              <w:br/>
            </w:r>
          </w:p>
        </w:tc>
      </w:tr>
    </w:tbl>
    <w:p w14:paraId="4A40597C" w14:textId="77777777" w:rsidR="004B2149" w:rsidRDefault="004B2149">
      <w:pPr>
        <w:spacing w:after="20"/>
      </w:pPr>
    </w:p>
    <w:p w14:paraId="21B5C709" w14:textId="77777777" w:rsidR="004B2149" w:rsidRDefault="00000000">
      <w:pPr>
        <w:keepNext/>
      </w:pPr>
      <w:r>
        <w:rPr>
          <w:b/>
          <w:color w:val="1F4E79"/>
        </w:rPr>
        <w:lastRenderedPageBreak/>
        <w:t>5.3 Alignment with local priorities</w:t>
      </w:r>
    </w:p>
    <w:p w14:paraId="55A167B4" w14:textId="77777777" w:rsidR="004B2149" w:rsidRDefault="00000000">
      <w:pPr>
        <w:pStyle w:val="Instruction"/>
      </w:pPr>
      <w:r>
        <w:t>Explain how your proposal supports local community needs, inequalities, sustainability, skills, employability, inclusion or other relevant priorities.</w:t>
      </w:r>
    </w:p>
    <w:tbl>
      <w:tblPr>
        <w:tblW w:w="0" w:type="auto"/>
        <w:tblLook w:val="04A0" w:firstRow="1" w:lastRow="0" w:firstColumn="1" w:lastColumn="0" w:noHBand="0" w:noVBand="1"/>
      </w:tblPr>
      <w:tblGrid>
        <w:gridCol w:w="10224"/>
      </w:tblGrid>
      <w:tr w:rsidR="004B2149" w14:paraId="22618F8D"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2C145084" w14:textId="77777777" w:rsidR="004B2149" w:rsidRDefault="00000000">
            <w:pPr>
              <w:spacing w:line="276" w:lineRule="auto"/>
            </w:pPr>
            <w:r>
              <w:br/>
            </w:r>
            <w:r>
              <w:br/>
            </w:r>
            <w:r>
              <w:br/>
            </w:r>
            <w:r>
              <w:br/>
            </w:r>
            <w:r>
              <w:br/>
            </w:r>
            <w:r>
              <w:br/>
            </w:r>
          </w:p>
        </w:tc>
      </w:tr>
    </w:tbl>
    <w:p w14:paraId="13CCE586" w14:textId="77777777" w:rsidR="004B2149" w:rsidRDefault="004B2149">
      <w:pPr>
        <w:spacing w:after="20"/>
      </w:pPr>
    </w:p>
    <w:p w14:paraId="368DFC3A" w14:textId="77777777" w:rsidR="004B2149" w:rsidRDefault="00000000">
      <w:pPr>
        <w:pStyle w:val="Heading1"/>
        <w:spacing w:before="160" w:after="80"/>
      </w:pPr>
      <w:r>
        <w:t>6. Funding and sustainability</w:t>
      </w:r>
    </w:p>
    <w:p w14:paraId="00121FE8" w14:textId="77777777" w:rsidR="004B2149" w:rsidRDefault="00000000">
      <w:pPr>
        <w:keepNext/>
      </w:pPr>
      <w:r>
        <w:rPr>
          <w:b/>
          <w:color w:val="1F4E79"/>
        </w:rPr>
        <w:t>6.1 Funding for the transfer</w:t>
      </w:r>
    </w:p>
    <w:p w14:paraId="525EAACC" w14:textId="77777777" w:rsidR="004B2149" w:rsidRDefault="00000000">
      <w:pPr>
        <w:pStyle w:val="Instruction"/>
      </w:pPr>
      <w:r>
        <w:t>Explain how the purchase price, rent, legal costs, professional fees, adaptation costs and any other transfer costs will be funded.</w:t>
      </w:r>
    </w:p>
    <w:tbl>
      <w:tblPr>
        <w:tblW w:w="0" w:type="auto"/>
        <w:tblLook w:val="04A0" w:firstRow="1" w:lastRow="0" w:firstColumn="1" w:lastColumn="0" w:noHBand="0" w:noVBand="1"/>
      </w:tblPr>
      <w:tblGrid>
        <w:gridCol w:w="10224"/>
      </w:tblGrid>
      <w:tr w:rsidR="004B2149" w14:paraId="523E5C1E"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14CB31B3" w14:textId="77777777" w:rsidR="004B2149" w:rsidRDefault="00000000">
            <w:pPr>
              <w:spacing w:line="276" w:lineRule="auto"/>
            </w:pPr>
            <w:r>
              <w:br/>
            </w:r>
            <w:r>
              <w:br/>
            </w:r>
            <w:r>
              <w:br/>
            </w:r>
            <w:r>
              <w:br/>
            </w:r>
            <w:r>
              <w:br/>
            </w:r>
            <w:r>
              <w:br/>
            </w:r>
          </w:p>
        </w:tc>
      </w:tr>
    </w:tbl>
    <w:p w14:paraId="3D60DEAA" w14:textId="77777777" w:rsidR="004B2149" w:rsidRDefault="004B2149">
      <w:pPr>
        <w:spacing w:after="20"/>
      </w:pPr>
    </w:p>
    <w:p w14:paraId="484AEB96" w14:textId="77777777" w:rsidR="004B2149" w:rsidRDefault="00000000">
      <w:pPr>
        <w:keepNext/>
      </w:pPr>
      <w:r>
        <w:rPr>
          <w:b/>
          <w:color w:val="1F4E79"/>
        </w:rPr>
        <w:t>6.2 Funding for ongoing operation</w:t>
      </w:r>
    </w:p>
    <w:p w14:paraId="7D3CAC6F" w14:textId="77777777" w:rsidR="004B2149" w:rsidRDefault="00000000">
      <w:pPr>
        <w:pStyle w:val="Instruction"/>
      </w:pPr>
      <w:r>
        <w:t>Explain how the proposed use will be funded and sustained over time. Include income sources, grants, contracts, fundraising, reserves and staffing assumptions.</w:t>
      </w:r>
    </w:p>
    <w:tbl>
      <w:tblPr>
        <w:tblW w:w="0" w:type="auto"/>
        <w:tblLook w:val="04A0" w:firstRow="1" w:lastRow="0" w:firstColumn="1" w:lastColumn="0" w:noHBand="0" w:noVBand="1"/>
      </w:tblPr>
      <w:tblGrid>
        <w:gridCol w:w="10224"/>
      </w:tblGrid>
      <w:tr w:rsidR="004B2149" w14:paraId="4F000DD2"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1BB02174" w14:textId="77777777" w:rsidR="004B2149" w:rsidRDefault="00000000">
            <w:pPr>
              <w:spacing w:line="276" w:lineRule="auto"/>
            </w:pPr>
            <w:r>
              <w:br/>
            </w:r>
            <w:r>
              <w:br/>
            </w:r>
            <w:r>
              <w:br/>
            </w:r>
            <w:r>
              <w:br/>
            </w:r>
            <w:r>
              <w:br/>
            </w:r>
            <w:r>
              <w:br/>
            </w:r>
            <w:r>
              <w:br/>
            </w:r>
          </w:p>
        </w:tc>
      </w:tr>
    </w:tbl>
    <w:p w14:paraId="501F1159" w14:textId="77777777" w:rsidR="004B2149" w:rsidRDefault="004B2149">
      <w:pPr>
        <w:spacing w:after="20"/>
      </w:pPr>
    </w:p>
    <w:tbl>
      <w:tblPr>
        <w:tblStyle w:val="TableGrid"/>
        <w:tblW w:w="0" w:type="auto"/>
        <w:jc w:val="center"/>
        <w:tblLayout w:type="fixed"/>
        <w:tblLook w:val="04A0" w:firstRow="1" w:lastRow="0" w:firstColumn="1" w:lastColumn="0" w:noHBand="0" w:noVBand="1"/>
      </w:tblPr>
      <w:tblGrid>
        <w:gridCol w:w="3384"/>
        <w:gridCol w:w="5760"/>
      </w:tblGrid>
      <w:tr w:rsidR="004B2149" w14:paraId="716B3C12"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52E957ED" w14:textId="77777777" w:rsidR="004B2149" w:rsidRDefault="00000000">
            <w:pPr>
              <w:spacing w:after="40" w:line="252" w:lineRule="auto"/>
            </w:pPr>
            <w:r>
              <w:rPr>
                <w:b/>
                <w:color w:val="1F4E79"/>
                <w:sz w:val="18"/>
              </w:rPr>
              <w:t>6.3 Business plan attached?</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5CDEFBB5" w14:textId="77777777" w:rsidR="004B2149" w:rsidRDefault="00000000">
            <w:pPr>
              <w:spacing w:after="40" w:line="252" w:lineRule="auto"/>
            </w:pPr>
            <w:r>
              <w:rPr>
                <w:sz w:val="18"/>
              </w:rPr>
              <w:t>☐ Yes   ☐ No   ☐ In development</w:t>
            </w:r>
          </w:p>
        </w:tc>
      </w:tr>
      <w:tr w:rsidR="004B2149" w14:paraId="33CAFB08"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39EC7F44" w14:textId="77777777" w:rsidR="004B2149" w:rsidRDefault="00000000">
            <w:pPr>
              <w:spacing w:after="40" w:line="252" w:lineRule="auto"/>
            </w:pPr>
            <w:r>
              <w:rPr>
                <w:b/>
                <w:color w:val="1F4E79"/>
                <w:sz w:val="18"/>
              </w:rPr>
              <w:t>6.4 Financial projections attached?</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0DB2FF1" w14:textId="77777777" w:rsidR="004B2149" w:rsidRDefault="00000000">
            <w:pPr>
              <w:spacing w:after="40" w:line="252" w:lineRule="auto"/>
            </w:pPr>
            <w:r>
              <w:rPr>
                <w:sz w:val="18"/>
              </w:rPr>
              <w:t>☐ Yes   ☐ No   ☐ In development</w:t>
            </w:r>
          </w:p>
        </w:tc>
      </w:tr>
      <w:tr w:rsidR="004B2149" w14:paraId="159255FD"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0D0D2A84" w14:textId="77777777" w:rsidR="004B2149" w:rsidRDefault="00000000">
            <w:pPr>
              <w:spacing w:after="40" w:line="252" w:lineRule="auto"/>
            </w:pPr>
            <w:r>
              <w:rPr>
                <w:b/>
                <w:color w:val="1F4E79"/>
                <w:sz w:val="18"/>
              </w:rPr>
              <w:t>6.5 Funding confirmations attached?</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D24BDCE" w14:textId="77777777" w:rsidR="004B2149" w:rsidRDefault="00000000">
            <w:pPr>
              <w:spacing w:after="40" w:line="252" w:lineRule="auto"/>
            </w:pPr>
            <w:r>
              <w:rPr>
                <w:sz w:val="18"/>
              </w:rPr>
              <w:t>☐ Yes   ☐ No   ☐ Not yet available</w:t>
            </w:r>
          </w:p>
        </w:tc>
      </w:tr>
      <w:tr w:rsidR="004B2149" w14:paraId="396E6C59"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29F98FB2" w14:textId="77777777" w:rsidR="004B2149" w:rsidRDefault="00000000">
            <w:pPr>
              <w:spacing w:after="40" w:line="252" w:lineRule="auto"/>
            </w:pPr>
            <w:r>
              <w:rPr>
                <w:b/>
                <w:color w:val="1F4E79"/>
                <w:sz w:val="18"/>
              </w:rPr>
              <w:t>6.6 Risk register attached?</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60A6FC3" w14:textId="77777777" w:rsidR="004B2149" w:rsidRDefault="00000000">
            <w:pPr>
              <w:spacing w:after="40" w:line="252" w:lineRule="auto"/>
            </w:pPr>
            <w:r>
              <w:rPr>
                <w:sz w:val="18"/>
              </w:rPr>
              <w:t>☐ Yes   ☐ No   ☐ In development</w:t>
            </w:r>
          </w:p>
        </w:tc>
      </w:tr>
    </w:tbl>
    <w:p w14:paraId="5C3F6A5F" w14:textId="77777777" w:rsidR="004B2149" w:rsidRDefault="004B2149">
      <w:pPr>
        <w:spacing w:after="40"/>
      </w:pPr>
    </w:p>
    <w:p w14:paraId="07E0A8C4" w14:textId="77777777" w:rsidR="004B2149" w:rsidRDefault="00000000">
      <w:pPr>
        <w:pStyle w:val="Heading1"/>
        <w:spacing w:before="160" w:after="80"/>
      </w:pPr>
      <w:r>
        <w:lastRenderedPageBreak/>
        <w:t>7. Community support and consultation</w:t>
      </w:r>
    </w:p>
    <w:p w14:paraId="50B70A0B" w14:textId="77777777" w:rsidR="004B2149" w:rsidRDefault="00000000">
      <w:pPr>
        <w:keepNext/>
      </w:pPr>
      <w:r>
        <w:rPr>
          <w:b/>
          <w:color w:val="1F4E79"/>
        </w:rPr>
        <w:t>7.1 Evidence of community support</w:t>
      </w:r>
    </w:p>
    <w:p w14:paraId="19093399" w14:textId="77777777" w:rsidR="004B2149" w:rsidRDefault="00000000">
      <w:pPr>
        <w:pStyle w:val="Instruction"/>
      </w:pPr>
      <w:r>
        <w:t>Describe the level and nature of community support for the request. Include consultation undertaken, survey results, letters of support, public meetings or partner commitments.</w:t>
      </w:r>
    </w:p>
    <w:tbl>
      <w:tblPr>
        <w:tblW w:w="0" w:type="auto"/>
        <w:tblLook w:val="04A0" w:firstRow="1" w:lastRow="0" w:firstColumn="1" w:lastColumn="0" w:noHBand="0" w:noVBand="1"/>
      </w:tblPr>
      <w:tblGrid>
        <w:gridCol w:w="10224"/>
      </w:tblGrid>
      <w:tr w:rsidR="004B2149" w14:paraId="3FD523FC"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110D21C4" w14:textId="77777777" w:rsidR="004B2149" w:rsidRDefault="00000000">
            <w:pPr>
              <w:spacing w:line="276" w:lineRule="auto"/>
            </w:pPr>
            <w:r>
              <w:br/>
            </w:r>
            <w:r>
              <w:br/>
            </w:r>
            <w:r>
              <w:br/>
            </w:r>
            <w:r>
              <w:br/>
            </w:r>
            <w:r>
              <w:br/>
            </w:r>
            <w:r>
              <w:br/>
            </w:r>
            <w:r>
              <w:br/>
            </w:r>
            <w:r>
              <w:br/>
            </w:r>
          </w:p>
        </w:tc>
      </w:tr>
    </w:tbl>
    <w:p w14:paraId="6ED254D5" w14:textId="77777777" w:rsidR="004B2149" w:rsidRDefault="004B2149">
      <w:pPr>
        <w:spacing w:after="20"/>
      </w:pPr>
    </w:p>
    <w:p w14:paraId="160D6ADD" w14:textId="77777777" w:rsidR="004B2149" w:rsidRDefault="00000000">
      <w:pPr>
        <w:keepNext/>
      </w:pPr>
      <w:r>
        <w:rPr>
          <w:b/>
          <w:color w:val="1F4E79"/>
        </w:rPr>
        <w:t>7.2 Engagement with affected groups</w:t>
      </w:r>
    </w:p>
    <w:p w14:paraId="1BC960F3" w14:textId="77777777" w:rsidR="004B2149" w:rsidRDefault="00000000">
      <w:pPr>
        <w:pStyle w:val="Instruction"/>
      </w:pPr>
      <w:r>
        <w:t>Describe how you have engaged with current users, neighbours, potential beneficiaries and any groups who may be affected by the proposal.</w:t>
      </w:r>
    </w:p>
    <w:tbl>
      <w:tblPr>
        <w:tblW w:w="0" w:type="auto"/>
        <w:tblLook w:val="04A0" w:firstRow="1" w:lastRow="0" w:firstColumn="1" w:lastColumn="0" w:noHBand="0" w:noVBand="1"/>
      </w:tblPr>
      <w:tblGrid>
        <w:gridCol w:w="10224"/>
      </w:tblGrid>
      <w:tr w:rsidR="004B2149" w14:paraId="67A414BC"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17991AC1" w14:textId="77777777" w:rsidR="004B2149" w:rsidRDefault="00000000">
            <w:pPr>
              <w:spacing w:line="276" w:lineRule="auto"/>
            </w:pPr>
            <w:r>
              <w:br/>
            </w:r>
            <w:r>
              <w:br/>
            </w:r>
            <w:r>
              <w:br/>
            </w:r>
            <w:r>
              <w:br/>
            </w:r>
            <w:r>
              <w:br/>
            </w:r>
            <w:r>
              <w:br/>
            </w:r>
          </w:p>
        </w:tc>
      </w:tr>
    </w:tbl>
    <w:p w14:paraId="1CBC5A19" w14:textId="77777777" w:rsidR="004B2149" w:rsidRDefault="004B2149">
      <w:pPr>
        <w:spacing w:after="20"/>
      </w:pPr>
    </w:p>
    <w:p w14:paraId="00D936D8" w14:textId="77777777" w:rsidR="004B2149" w:rsidRDefault="00000000">
      <w:pPr>
        <w:pStyle w:val="Heading1"/>
        <w:spacing w:before="160" w:after="80"/>
      </w:pPr>
      <w:r>
        <w:t>8. Delivery, compliance and risk</w:t>
      </w:r>
    </w:p>
    <w:p w14:paraId="2819B411" w14:textId="77777777" w:rsidR="004B2149" w:rsidRDefault="00000000">
      <w:pPr>
        <w:keepNext/>
      </w:pPr>
      <w:r>
        <w:rPr>
          <w:b/>
          <w:color w:val="1F4E79"/>
        </w:rPr>
        <w:t>8.1 Delivery plan and timescales</w:t>
      </w:r>
    </w:p>
    <w:p w14:paraId="7D1DC179" w14:textId="77777777" w:rsidR="004B2149" w:rsidRDefault="00000000">
      <w:pPr>
        <w:pStyle w:val="Instruction"/>
      </w:pPr>
      <w:r>
        <w:t>Set out key milestones, responsibilities and timescales from approval through to operation.</w:t>
      </w:r>
    </w:p>
    <w:tbl>
      <w:tblPr>
        <w:tblW w:w="0" w:type="auto"/>
        <w:tblLook w:val="04A0" w:firstRow="1" w:lastRow="0" w:firstColumn="1" w:lastColumn="0" w:noHBand="0" w:noVBand="1"/>
      </w:tblPr>
      <w:tblGrid>
        <w:gridCol w:w="10224"/>
      </w:tblGrid>
      <w:tr w:rsidR="004B2149" w14:paraId="43B732AA"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7994275E" w14:textId="77777777" w:rsidR="004B2149" w:rsidRDefault="00000000">
            <w:pPr>
              <w:spacing w:line="276" w:lineRule="auto"/>
            </w:pPr>
            <w:r>
              <w:br/>
            </w:r>
            <w:r>
              <w:br/>
            </w:r>
            <w:r>
              <w:br/>
            </w:r>
            <w:r>
              <w:br/>
            </w:r>
            <w:r>
              <w:br/>
            </w:r>
            <w:r>
              <w:br/>
            </w:r>
          </w:p>
        </w:tc>
      </w:tr>
    </w:tbl>
    <w:p w14:paraId="661F84CA" w14:textId="77777777" w:rsidR="004B2149" w:rsidRDefault="004B2149">
      <w:pPr>
        <w:spacing w:after="20"/>
      </w:pPr>
    </w:p>
    <w:p w14:paraId="50B70395" w14:textId="77777777" w:rsidR="00471D33" w:rsidRDefault="00471D33">
      <w:pPr>
        <w:spacing w:after="200" w:line="276" w:lineRule="auto"/>
        <w:rPr>
          <w:b/>
          <w:color w:val="1F4E79"/>
        </w:rPr>
      </w:pPr>
      <w:r>
        <w:rPr>
          <w:b/>
          <w:color w:val="1F4E79"/>
        </w:rPr>
        <w:br w:type="page"/>
      </w:r>
    </w:p>
    <w:p w14:paraId="62361BD6" w14:textId="04BC8E98" w:rsidR="004B2149" w:rsidRDefault="00000000">
      <w:pPr>
        <w:keepNext/>
      </w:pPr>
      <w:r>
        <w:rPr>
          <w:b/>
          <w:color w:val="1F4E79"/>
        </w:rPr>
        <w:lastRenderedPageBreak/>
        <w:t>8.2 Skills, experience and capacity</w:t>
      </w:r>
    </w:p>
    <w:p w14:paraId="50D6D481" w14:textId="77777777" w:rsidR="004B2149" w:rsidRDefault="00000000">
      <w:pPr>
        <w:pStyle w:val="Instruction"/>
      </w:pPr>
      <w:r>
        <w:t>Explain the skills, experience and capacity your organisation has to deliver the proposal and manage the asset.</w:t>
      </w:r>
    </w:p>
    <w:tbl>
      <w:tblPr>
        <w:tblW w:w="0" w:type="auto"/>
        <w:tblLook w:val="04A0" w:firstRow="1" w:lastRow="0" w:firstColumn="1" w:lastColumn="0" w:noHBand="0" w:noVBand="1"/>
      </w:tblPr>
      <w:tblGrid>
        <w:gridCol w:w="10224"/>
      </w:tblGrid>
      <w:tr w:rsidR="004B2149" w14:paraId="7F832B07"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5CA34B0D" w14:textId="77777777" w:rsidR="004B2149" w:rsidRDefault="00000000">
            <w:pPr>
              <w:spacing w:line="276" w:lineRule="auto"/>
            </w:pPr>
            <w:r>
              <w:br/>
            </w:r>
            <w:r>
              <w:br/>
            </w:r>
            <w:r>
              <w:br/>
            </w:r>
            <w:r>
              <w:br/>
            </w:r>
            <w:r>
              <w:br/>
            </w:r>
            <w:r>
              <w:br/>
            </w:r>
          </w:p>
        </w:tc>
      </w:tr>
    </w:tbl>
    <w:p w14:paraId="6616AEAA" w14:textId="77777777" w:rsidR="004B2149" w:rsidRDefault="004B2149">
      <w:pPr>
        <w:spacing w:after="20"/>
      </w:pPr>
    </w:p>
    <w:tbl>
      <w:tblPr>
        <w:tblW w:w="0" w:type="auto"/>
        <w:jc w:val="center"/>
        <w:tblLayout w:type="fixed"/>
        <w:tblLook w:val="04A0" w:firstRow="1" w:lastRow="0" w:firstColumn="1" w:lastColumn="0" w:noHBand="0" w:noVBand="1"/>
      </w:tblPr>
      <w:tblGrid>
        <w:gridCol w:w="4536"/>
      </w:tblGrid>
      <w:tr w:rsidR="004B2149" w14:paraId="65AE4A50"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F37AB2B" w14:textId="77777777" w:rsidR="004B2149" w:rsidRDefault="00000000">
            <w:pPr>
              <w:spacing w:after="40" w:line="252" w:lineRule="auto"/>
            </w:pPr>
            <w:r>
              <w:rPr>
                <w:sz w:val="18"/>
              </w:rPr>
              <w:t>☐ Health and safety arrangements considered</w:t>
            </w:r>
          </w:p>
        </w:tc>
      </w:tr>
      <w:tr w:rsidR="004B2149" w14:paraId="6069CE6D"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A65DA04" w14:textId="77777777" w:rsidR="004B2149" w:rsidRDefault="00000000">
            <w:pPr>
              <w:spacing w:after="40" w:line="252" w:lineRule="auto"/>
            </w:pPr>
            <w:r>
              <w:rPr>
                <w:sz w:val="18"/>
              </w:rPr>
              <w:t>☐ Insurance requirements considered</w:t>
            </w:r>
          </w:p>
        </w:tc>
      </w:tr>
      <w:tr w:rsidR="004B2149" w14:paraId="4EC5C9BC"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562118EB" w14:textId="77777777" w:rsidR="004B2149" w:rsidRDefault="00000000">
            <w:pPr>
              <w:spacing w:after="40" w:line="252" w:lineRule="auto"/>
            </w:pPr>
            <w:r>
              <w:rPr>
                <w:sz w:val="18"/>
              </w:rPr>
              <w:t>☐ Safeguarding requirements considered, if relevant</w:t>
            </w:r>
          </w:p>
        </w:tc>
      </w:tr>
      <w:tr w:rsidR="004B2149" w14:paraId="65E34B81"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14D90D63" w14:textId="77777777" w:rsidR="004B2149" w:rsidRDefault="00000000">
            <w:pPr>
              <w:spacing w:after="40" w:line="252" w:lineRule="auto"/>
            </w:pPr>
            <w:r>
              <w:rPr>
                <w:sz w:val="18"/>
              </w:rPr>
              <w:t>☐ Equality and accessibility impacts considered</w:t>
            </w:r>
          </w:p>
        </w:tc>
      </w:tr>
      <w:tr w:rsidR="004B2149" w14:paraId="03E8315F"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5BD48B13" w14:textId="77777777" w:rsidR="004B2149" w:rsidRDefault="00000000">
            <w:pPr>
              <w:spacing w:after="40" w:line="252" w:lineRule="auto"/>
            </w:pPr>
            <w:r>
              <w:rPr>
                <w:sz w:val="18"/>
              </w:rPr>
              <w:t>☐ Data protection responsibilities considered, if relevant</w:t>
            </w:r>
          </w:p>
        </w:tc>
      </w:tr>
      <w:tr w:rsidR="004B2149" w14:paraId="7F3ECF99"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7DBAB857" w14:textId="77777777" w:rsidR="004B2149" w:rsidRDefault="00000000">
            <w:pPr>
              <w:spacing w:after="40" w:line="252" w:lineRule="auto"/>
            </w:pPr>
            <w:r>
              <w:rPr>
                <w:sz w:val="18"/>
              </w:rPr>
              <w:t>☐ Planning, building warrant or licensing requirements considered</w:t>
            </w:r>
          </w:p>
        </w:tc>
      </w:tr>
      <w:tr w:rsidR="004B2149" w14:paraId="0284280D"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7AF134D" w14:textId="77777777" w:rsidR="004B2149" w:rsidRDefault="00000000">
            <w:pPr>
              <w:spacing w:after="40" w:line="252" w:lineRule="auto"/>
            </w:pPr>
            <w:r>
              <w:rPr>
                <w:sz w:val="18"/>
              </w:rPr>
              <w:t>☐ Environmental and sustainability impacts considered</w:t>
            </w:r>
          </w:p>
        </w:tc>
      </w:tr>
      <w:tr w:rsidR="004B2149" w14:paraId="7C7EECEB"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3011B3E" w14:textId="77777777" w:rsidR="004B2149" w:rsidRDefault="00000000">
            <w:pPr>
              <w:spacing w:after="40" w:line="252" w:lineRule="auto"/>
            </w:pPr>
            <w:r>
              <w:rPr>
                <w:sz w:val="18"/>
              </w:rPr>
              <w:t>☐ VAT, tax and legal advice considered</w:t>
            </w:r>
          </w:p>
        </w:tc>
      </w:tr>
    </w:tbl>
    <w:p w14:paraId="2C53EA95" w14:textId="77777777" w:rsidR="004B2149" w:rsidRDefault="00000000">
      <w:pPr>
        <w:keepNext/>
      </w:pPr>
      <w:r>
        <w:rPr>
          <w:b/>
          <w:color w:val="1F4E79"/>
        </w:rPr>
        <w:t>8.3 Key risks and mitigations</w:t>
      </w:r>
    </w:p>
    <w:p w14:paraId="2A5B2FAB" w14:textId="77777777" w:rsidR="004B2149" w:rsidRDefault="00000000">
      <w:pPr>
        <w:pStyle w:val="Instruction"/>
      </w:pPr>
      <w:r>
        <w:t>Identify the main risks associated with your proposal and how these will be managed.</w:t>
      </w:r>
    </w:p>
    <w:tbl>
      <w:tblPr>
        <w:tblW w:w="0" w:type="auto"/>
        <w:tblLook w:val="04A0" w:firstRow="1" w:lastRow="0" w:firstColumn="1" w:lastColumn="0" w:noHBand="0" w:noVBand="1"/>
      </w:tblPr>
      <w:tblGrid>
        <w:gridCol w:w="10224"/>
      </w:tblGrid>
      <w:tr w:rsidR="004B2149" w14:paraId="52C5A707"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07408F49" w14:textId="77777777" w:rsidR="004B2149" w:rsidRDefault="00000000">
            <w:pPr>
              <w:spacing w:line="276" w:lineRule="auto"/>
            </w:pPr>
            <w:r>
              <w:br/>
            </w:r>
            <w:r>
              <w:br/>
            </w:r>
            <w:r>
              <w:br/>
            </w:r>
            <w:r>
              <w:br/>
            </w:r>
            <w:r>
              <w:br/>
            </w:r>
            <w:r>
              <w:br/>
            </w:r>
          </w:p>
        </w:tc>
      </w:tr>
    </w:tbl>
    <w:p w14:paraId="03A5AAA3" w14:textId="77777777" w:rsidR="004B2149" w:rsidRDefault="004B2149">
      <w:pPr>
        <w:spacing w:after="20"/>
      </w:pPr>
    </w:p>
    <w:p w14:paraId="436F14CF" w14:textId="77777777" w:rsidR="00471D33" w:rsidRDefault="00471D33">
      <w:pPr>
        <w:spacing w:after="200" w:line="276" w:lineRule="auto"/>
        <w:rPr>
          <w:rFonts w:asciiTheme="majorHAnsi" w:eastAsiaTheme="majorEastAsia" w:hAnsiTheme="majorHAnsi" w:cstheme="majorBidi"/>
          <w:b/>
          <w:bCs/>
          <w:color w:val="1F4E79"/>
          <w:sz w:val="28"/>
          <w:szCs w:val="28"/>
        </w:rPr>
      </w:pPr>
      <w:r>
        <w:br w:type="page"/>
      </w:r>
    </w:p>
    <w:p w14:paraId="058FE2B2" w14:textId="006BD24A" w:rsidR="004B2149" w:rsidRDefault="00000000">
      <w:pPr>
        <w:pStyle w:val="Heading1"/>
        <w:spacing w:before="160" w:after="80"/>
      </w:pPr>
      <w:r>
        <w:lastRenderedPageBreak/>
        <w:t>9. Supporting documents checklist</w:t>
      </w:r>
    </w:p>
    <w:tbl>
      <w:tblPr>
        <w:tblW w:w="0" w:type="auto"/>
        <w:jc w:val="center"/>
        <w:tblLayout w:type="fixed"/>
        <w:tblLook w:val="04A0" w:firstRow="1" w:lastRow="0" w:firstColumn="1" w:lastColumn="0" w:noHBand="0" w:noVBand="1"/>
      </w:tblPr>
      <w:tblGrid>
        <w:gridCol w:w="4536"/>
        <w:gridCol w:w="4536"/>
      </w:tblGrid>
      <w:tr w:rsidR="004B2149" w14:paraId="7EF9F121"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7BF871F8" w14:textId="77777777" w:rsidR="004B2149" w:rsidRDefault="00000000">
            <w:pPr>
              <w:spacing w:after="40" w:line="252" w:lineRule="auto"/>
            </w:pPr>
            <w:r>
              <w:rPr>
                <w:sz w:val="18"/>
              </w:rPr>
              <w:t>☐ Constitution or governing document</w:t>
            </w:r>
          </w:p>
        </w:tc>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53936DA" w14:textId="77777777" w:rsidR="004B2149" w:rsidRDefault="00000000">
            <w:pPr>
              <w:spacing w:after="40" w:line="252" w:lineRule="auto"/>
            </w:pPr>
            <w:r>
              <w:rPr>
                <w:sz w:val="18"/>
              </w:rPr>
              <w:t>☐ Evidence of community transfer body eligibility</w:t>
            </w:r>
          </w:p>
        </w:tc>
      </w:tr>
      <w:tr w:rsidR="004B2149" w14:paraId="74514BBB"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55A47812" w14:textId="77777777" w:rsidR="004B2149" w:rsidRDefault="00000000">
            <w:pPr>
              <w:spacing w:after="40" w:line="252" w:lineRule="auto"/>
            </w:pPr>
            <w:r>
              <w:rPr>
                <w:sz w:val="18"/>
              </w:rPr>
              <w:t>☐ Site plan, map or title plan</w:t>
            </w:r>
          </w:p>
        </w:tc>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19F38C3" w14:textId="77777777" w:rsidR="004B2149" w:rsidRDefault="00000000">
            <w:pPr>
              <w:spacing w:after="40" w:line="252" w:lineRule="auto"/>
            </w:pPr>
            <w:r>
              <w:rPr>
                <w:sz w:val="18"/>
              </w:rPr>
              <w:t>☐ Business plan</w:t>
            </w:r>
          </w:p>
        </w:tc>
      </w:tr>
      <w:tr w:rsidR="004B2149" w14:paraId="7A6BBD33"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DD33C4B" w14:textId="77777777" w:rsidR="004B2149" w:rsidRDefault="00000000">
            <w:pPr>
              <w:spacing w:after="40" w:line="252" w:lineRule="auto"/>
            </w:pPr>
            <w:r>
              <w:rPr>
                <w:sz w:val="18"/>
              </w:rPr>
              <w:t>☐ Financial projections / budget</w:t>
            </w:r>
          </w:p>
        </w:tc>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5BBCF0B9" w14:textId="77777777" w:rsidR="004B2149" w:rsidRDefault="00000000">
            <w:pPr>
              <w:spacing w:after="40" w:line="252" w:lineRule="auto"/>
            </w:pPr>
            <w:r>
              <w:rPr>
                <w:sz w:val="18"/>
              </w:rPr>
              <w:t>☐ Funding evidence or fundraising plan</w:t>
            </w:r>
          </w:p>
        </w:tc>
      </w:tr>
      <w:tr w:rsidR="004B2149" w14:paraId="3C4CFB05"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12463F1F" w14:textId="77777777" w:rsidR="004B2149" w:rsidRDefault="00000000">
            <w:pPr>
              <w:spacing w:after="40" w:line="252" w:lineRule="auto"/>
            </w:pPr>
            <w:r>
              <w:rPr>
                <w:sz w:val="18"/>
              </w:rPr>
              <w:t>☐ Community consultation evidence</w:t>
            </w:r>
          </w:p>
        </w:tc>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BF049D3" w14:textId="77777777" w:rsidR="004B2149" w:rsidRDefault="00000000">
            <w:pPr>
              <w:spacing w:after="40" w:line="252" w:lineRule="auto"/>
            </w:pPr>
            <w:r>
              <w:rPr>
                <w:sz w:val="18"/>
              </w:rPr>
              <w:t>☐ Letters of support</w:t>
            </w:r>
          </w:p>
        </w:tc>
      </w:tr>
      <w:tr w:rsidR="004B2149" w14:paraId="13BC485F"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7046C0B6" w14:textId="77777777" w:rsidR="004B2149" w:rsidRDefault="00000000">
            <w:pPr>
              <w:spacing w:after="40" w:line="252" w:lineRule="auto"/>
            </w:pPr>
            <w:r>
              <w:rPr>
                <w:sz w:val="18"/>
              </w:rPr>
              <w:t>☐ Risk register</w:t>
            </w:r>
          </w:p>
        </w:tc>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55BF469" w14:textId="77777777" w:rsidR="004B2149" w:rsidRDefault="00000000">
            <w:pPr>
              <w:spacing w:after="40" w:line="252" w:lineRule="auto"/>
            </w:pPr>
            <w:r>
              <w:rPr>
                <w:sz w:val="18"/>
              </w:rPr>
              <w:t>☐ Equality or impact assessment, if available</w:t>
            </w:r>
          </w:p>
        </w:tc>
      </w:tr>
      <w:tr w:rsidR="004B2149" w14:paraId="5A176474"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9313164" w14:textId="77777777" w:rsidR="004B2149" w:rsidRDefault="00000000">
            <w:pPr>
              <w:spacing w:after="40" w:line="252" w:lineRule="auto"/>
            </w:pPr>
            <w:r>
              <w:rPr>
                <w:sz w:val="18"/>
              </w:rPr>
              <w:t>☐ Insurance information, if available</w:t>
            </w:r>
          </w:p>
        </w:tc>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F408ABE" w14:textId="77777777" w:rsidR="004B2149" w:rsidRDefault="00000000">
            <w:pPr>
              <w:spacing w:after="40" w:line="252" w:lineRule="auto"/>
            </w:pPr>
            <w:r>
              <w:rPr>
                <w:sz w:val="18"/>
              </w:rPr>
              <w:t>☐ Any other supporting information</w:t>
            </w:r>
          </w:p>
        </w:tc>
      </w:tr>
    </w:tbl>
    <w:p w14:paraId="4E759047" w14:textId="77777777" w:rsidR="004B2149" w:rsidRDefault="00000000">
      <w:pPr>
        <w:pStyle w:val="Heading1"/>
        <w:spacing w:before="160" w:after="80"/>
      </w:pPr>
      <w:r>
        <w:t>10. Declaration</w:t>
      </w:r>
    </w:p>
    <w:tbl>
      <w:tblPr>
        <w:tblW w:w="0" w:type="auto"/>
        <w:jc w:val="center"/>
        <w:tblLook w:val="04A0" w:firstRow="1" w:lastRow="0" w:firstColumn="1" w:lastColumn="0" w:noHBand="0" w:noVBand="1"/>
      </w:tblPr>
      <w:tblGrid>
        <w:gridCol w:w="10224"/>
      </w:tblGrid>
      <w:tr w:rsidR="004B2149" w14:paraId="34076451" w14:textId="77777777">
        <w:trPr>
          <w:jc w:val="center"/>
        </w:trPr>
        <w:tc>
          <w:tcPr>
            <w:tcW w:w="10224" w:type="dxa"/>
            <w:tcBorders>
              <w:top w:val="single" w:sz="8" w:space="0" w:color="9CBBD2"/>
              <w:left w:val="single" w:sz="8" w:space="0" w:color="9CBBD2"/>
              <w:bottom w:val="single" w:sz="8" w:space="0" w:color="9CBBD2"/>
              <w:right w:val="single" w:sz="8" w:space="0" w:color="9CBBD2"/>
            </w:tcBorders>
            <w:shd w:val="clear" w:color="auto" w:fill="EAF3F8"/>
            <w:tcMar>
              <w:top w:w="140" w:type="dxa"/>
              <w:left w:w="160" w:type="dxa"/>
              <w:bottom w:w="140" w:type="dxa"/>
              <w:right w:w="160" w:type="dxa"/>
            </w:tcMar>
          </w:tcPr>
          <w:p w14:paraId="0F2CE157" w14:textId="77777777" w:rsidR="004B2149" w:rsidRDefault="00000000">
            <w:pPr>
              <w:spacing w:after="80"/>
            </w:pPr>
            <w:r>
              <w:rPr>
                <w:b/>
                <w:color w:val="1F4E79"/>
              </w:rPr>
              <w:t>Declaration</w:t>
            </w:r>
          </w:p>
          <w:p w14:paraId="47CD8F83" w14:textId="77777777" w:rsidR="004B2149" w:rsidRDefault="00000000">
            <w:pPr>
              <w:spacing w:after="0"/>
            </w:pPr>
            <w:r>
              <w:rPr>
                <w:sz w:val="18"/>
              </w:rPr>
              <w:t>By signing below, the applicant confirms that this is an asset transfer request made under Part 5 of the Community Empowerment (Scotland) Act 2015 and that the information provided is accurate to the best of its knowledge.</w:t>
            </w:r>
          </w:p>
        </w:tc>
      </w:tr>
    </w:tbl>
    <w:tbl>
      <w:tblPr>
        <w:tblStyle w:val="TableGrid"/>
        <w:tblW w:w="0" w:type="auto"/>
        <w:jc w:val="center"/>
        <w:tblLayout w:type="fixed"/>
        <w:tblLook w:val="04A0" w:firstRow="1" w:lastRow="0" w:firstColumn="1" w:lastColumn="0" w:noHBand="0" w:noVBand="1"/>
      </w:tblPr>
      <w:tblGrid>
        <w:gridCol w:w="3384"/>
        <w:gridCol w:w="5760"/>
      </w:tblGrid>
      <w:tr w:rsidR="004B2149" w14:paraId="18040861"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1AA03518" w14:textId="77777777" w:rsidR="004B2149" w:rsidRDefault="00000000">
            <w:pPr>
              <w:spacing w:after="40" w:line="252" w:lineRule="auto"/>
            </w:pPr>
            <w:r>
              <w:rPr>
                <w:b/>
                <w:color w:val="1F4E79"/>
                <w:sz w:val="18"/>
              </w:rPr>
              <w:t>Name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F21A001" w14:textId="77777777" w:rsidR="004B2149" w:rsidRDefault="004B2149">
            <w:pPr>
              <w:spacing w:after="40" w:line="252" w:lineRule="auto"/>
            </w:pPr>
          </w:p>
        </w:tc>
      </w:tr>
      <w:tr w:rsidR="004B2149" w14:paraId="697ADC35"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6DC225B0" w14:textId="77777777" w:rsidR="004B2149" w:rsidRDefault="00000000">
            <w:pPr>
              <w:spacing w:after="40" w:line="252" w:lineRule="auto"/>
            </w:pPr>
            <w:r>
              <w:rPr>
                <w:b/>
                <w:color w:val="1F4E79"/>
                <w:sz w:val="18"/>
              </w:rPr>
              <w:t>Position / role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C2CB078" w14:textId="77777777" w:rsidR="004B2149" w:rsidRDefault="004B2149">
            <w:pPr>
              <w:spacing w:after="40" w:line="252" w:lineRule="auto"/>
            </w:pPr>
          </w:p>
        </w:tc>
      </w:tr>
      <w:tr w:rsidR="004B2149" w14:paraId="28EE0C69"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295EDDAF" w14:textId="77777777" w:rsidR="004B2149" w:rsidRDefault="00000000">
            <w:pPr>
              <w:spacing w:after="40" w:line="252" w:lineRule="auto"/>
            </w:pPr>
            <w:r>
              <w:rPr>
                <w:b/>
                <w:color w:val="1F4E79"/>
                <w:sz w:val="18"/>
              </w:rPr>
              <w:t>Organisation</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76B42CA" w14:textId="77777777" w:rsidR="004B2149" w:rsidRDefault="004B2149">
            <w:pPr>
              <w:spacing w:after="40" w:line="252" w:lineRule="auto"/>
            </w:pPr>
          </w:p>
        </w:tc>
      </w:tr>
      <w:tr w:rsidR="004B2149" w14:paraId="6889AF0A"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4F5EE77E" w14:textId="77777777" w:rsidR="004B2149" w:rsidRDefault="00000000">
            <w:pPr>
              <w:spacing w:after="40" w:line="252" w:lineRule="auto"/>
            </w:pPr>
            <w:r>
              <w:rPr>
                <w:b/>
                <w:color w:val="1F4E79"/>
                <w:sz w:val="18"/>
              </w:rPr>
              <w:t>Signature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6E3B454" w14:textId="77777777" w:rsidR="004B2149" w:rsidRDefault="004B2149">
            <w:pPr>
              <w:spacing w:after="40" w:line="252" w:lineRule="auto"/>
            </w:pPr>
          </w:p>
        </w:tc>
      </w:tr>
      <w:tr w:rsidR="004B2149" w14:paraId="6F527466"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050CF923" w14:textId="77777777" w:rsidR="004B2149" w:rsidRDefault="00000000">
            <w:pPr>
              <w:spacing w:after="40" w:line="252" w:lineRule="auto"/>
            </w:pPr>
            <w:r>
              <w:rPr>
                <w:b/>
                <w:color w:val="1F4E79"/>
                <w:sz w:val="18"/>
              </w:rPr>
              <w:t>Date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5DBE79C5" w14:textId="77777777" w:rsidR="004B2149" w:rsidRDefault="004B2149">
            <w:pPr>
              <w:spacing w:after="40" w:line="252" w:lineRule="auto"/>
            </w:pPr>
          </w:p>
        </w:tc>
      </w:tr>
    </w:tbl>
    <w:p w14:paraId="4948543B" w14:textId="77777777" w:rsidR="004B2149" w:rsidRDefault="004B2149">
      <w:pPr>
        <w:spacing w:after="40"/>
      </w:pPr>
    </w:p>
    <w:p w14:paraId="76D439EA" w14:textId="77777777" w:rsidR="004B2149" w:rsidRDefault="004B2149">
      <w:pPr>
        <w:sectPr w:rsidR="004B2149">
          <w:headerReference w:type="default" r:id="rId8"/>
          <w:footerReference w:type="default" r:id="rId9"/>
          <w:pgSz w:w="12240" w:h="15840"/>
          <w:pgMar w:top="936" w:right="1008" w:bottom="792" w:left="1008" w:header="720" w:footer="720" w:gutter="0"/>
          <w:cols w:space="720"/>
          <w:docGrid w:linePitch="360"/>
        </w:sectPr>
      </w:pPr>
    </w:p>
    <w:p w14:paraId="46BEC815" w14:textId="77777777" w:rsidR="004B2149" w:rsidRDefault="00000000">
      <w:pPr>
        <w:pStyle w:val="Heading1"/>
        <w:spacing w:before="160" w:after="80"/>
      </w:pPr>
      <w:r>
        <w:lastRenderedPageBreak/>
        <w:t>For College use only</w:t>
      </w:r>
    </w:p>
    <w:tbl>
      <w:tblPr>
        <w:tblW w:w="0" w:type="auto"/>
        <w:jc w:val="center"/>
        <w:tblLook w:val="04A0" w:firstRow="1" w:lastRow="0" w:firstColumn="1" w:lastColumn="0" w:noHBand="0" w:noVBand="1"/>
      </w:tblPr>
      <w:tblGrid>
        <w:gridCol w:w="10224"/>
      </w:tblGrid>
      <w:tr w:rsidR="004B2149" w14:paraId="7BB71FB8" w14:textId="77777777">
        <w:trPr>
          <w:jc w:val="center"/>
        </w:trPr>
        <w:tc>
          <w:tcPr>
            <w:tcW w:w="10224" w:type="dxa"/>
            <w:tcBorders>
              <w:top w:val="single" w:sz="8" w:space="0" w:color="9CBBD2"/>
              <w:left w:val="single" w:sz="8" w:space="0" w:color="9CBBD2"/>
              <w:bottom w:val="single" w:sz="8" w:space="0" w:color="9CBBD2"/>
              <w:right w:val="single" w:sz="8" w:space="0" w:color="9CBBD2"/>
            </w:tcBorders>
            <w:shd w:val="clear" w:color="auto" w:fill="FFF4E5"/>
            <w:tcMar>
              <w:top w:w="140" w:type="dxa"/>
              <w:left w:w="160" w:type="dxa"/>
              <w:bottom w:w="140" w:type="dxa"/>
              <w:right w:w="160" w:type="dxa"/>
            </w:tcMar>
          </w:tcPr>
          <w:p w14:paraId="200EB40F" w14:textId="77777777" w:rsidR="004B2149" w:rsidRDefault="00000000">
            <w:pPr>
              <w:spacing w:after="80"/>
            </w:pPr>
            <w:r>
              <w:rPr>
                <w:b/>
                <w:color w:val="1F4E79"/>
              </w:rPr>
              <w:t>Internal processing note</w:t>
            </w:r>
          </w:p>
          <w:p w14:paraId="6F1E6289" w14:textId="77777777" w:rsidR="004B2149" w:rsidRDefault="00000000">
            <w:pPr>
              <w:spacing w:after="0"/>
            </w:pPr>
            <w:r>
              <w:rPr>
                <w:sz w:val="18"/>
              </w:rPr>
              <w:t>This section is for Forth Valley College use when logging, validating, acknowledging and assessing a request. It should not be completed by the applicant.</w:t>
            </w:r>
          </w:p>
        </w:tc>
      </w:tr>
    </w:tbl>
    <w:tbl>
      <w:tblPr>
        <w:tblStyle w:val="TableGrid"/>
        <w:tblW w:w="0" w:type="auto"/>
        <w:jc w:val="center"/>
        <w:tblLayout w:type="fixed"/>
        <w:tblLook w:val="04A0" w:firstRow="1" w:lastRow="0" w:firstColumn="1" w:lastColumn="0" w:noHBand="0" w:noVBand="1"/>
      </w:tblPr>
      <w:tblGrid>
        <w:gridCol w:w="3384"/>
        <w:gridCol w:w="5760"/>
      </w:tblGrid>
      <w:tr w:rsidR="004B2149" w14:paraId="0ADE5125"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3B48E316" w14:textId="77777777" w:rsidR="004B2149" w:rsidRDefault="00000000">
            <w:pPr>
              <w:spacing w:after="40" w:line="252" w:lineRule="auto"/>
            </w:pPr>
            <w:r>
              <w:rPr>
                <w:b/>
                <w:color w:val="1F4E79"/>
                <w:sz w:val="18"/>
              </w:rPr>
              <w:t>Date received</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763C859A" w14:textId="77777777" w:rsidR="004B2149" w:rsidRDefault="004B2149">
            <w:pPr>
              <w:spacing w:after="40" w:line="252" w:lineRule="auto"/>
            </w:pPr>
          </w:p>
        </w:tc>
      </w:tr>
      <w:tr w:rsidR="004B2149" w14:paraId="01453F35"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0DDBB703" w14:textId="77777777" w:rsidR="004B2149" w:rsidRDefault="00000000">
            <w:pPr>
              <w:spacing w:after="40" w:line="252" w:lineRule="auto"/>
            </w:pPr>
            <w:r>
              <w:rPr>
                <w:b/>
                <w:color w:val="1F4E79"/>
                <w:sz w:val="18"/>
              </w:rPr>
              <w:t>Received by</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10894E7" w14:textId="77777777" w:rsidR="004B2149" w:rsidRDefault="004B2149">
            <w:pPr>
              <w:spacing w:after="40" w:line="252" w:lineRule="auto"/>
            </w:pPr>
          </w:p>
        </w:tc>
      </w:tr>
      <w:tr w:rsidR="004B2149" w14:paraId="63D36B2E"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58968D33" w14:textId="77777777" w:rsidR="004B2149" w:rsidRDefault="00000000">
            <w:pPr>
              <w:spacing w:after="40" w:line="252" w:lineRule="auto"/>
            </w:pPr>
            <w:r>
              <w:rPr>
                <w:b/>
                <w:color w:val="1F4E79"/>
                <w:sz w:val="18"/>
              </w:rPr>
              <w:t>Asset reference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2B3B92B" w14:textId="77777777" w:rsidR="004B2149" w:rsidRDefault="004B2149">
            <w:pPr>
              <w:spacing w:after="40" w:line="252" w:lineRule="auto"/>
            </w:pPr>
          </w:p>
        </w:tc>
      </w:tr>
      <w:tr w:rsidR="004B2149" w14:paraId="4643F452"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40C3A545" w14:textId="77777777" w:rsidR="004B2149" w:rsidRDefault="00000000">
            <w:pPr>
              <w:spacing w:after="40" w:line="252" w:lineRule="auto"/>
            </w:pPr>
            <w:r>
              <w:rPr>
                <w:b/>
                <w:color w:val="1F4E79"/>
                <w:sz w:val="18"/>
              </w:rPr>
              <w:t>Initial check completed by</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CA80E93" w14:textId="77777777" w:rsidR="004B2149" w:rsidRDefault="004B2149">
            <w:pPr>
              <w:spacing w:after="40" w:line="252" w:lineRule="auto"/>
            </w:pPr>
          </w:p>
        </w:tc>
      </w:tr>
      <w:tr w:rsidR="004B2149" w14:paraId="7E2347E6"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3800BC3D" w14:textId="77777777" w:rsidR="004B2149" w:rsidRDefault="00000000">
            <w:pPr>
              <w:spacing w:after="40" w:line="252" w:lineRule="auto"/>
            </w:pPr>
            <w:r>
              <w:rPr>
                <w:b/>
                <w:color w:val="1F4E79"/>
                <w:sz w:val="18"/>
              </w:rPr>
              <w:t>Validation date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F4250D2" w14:textId="77777777" w:rsidR="004B2149" w:rsidRDefault="004B2149">
            <w:pPr>
              <w:spacing w:after="40" w:line="252" w:lineRule="auto"/>
            </w:pPr>
          </w:p>
        </w:tc>
      </w:tr>
      <w:tr w:rsidR="004B2149" w14:paraId="5C654746"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2A8A4AED" w14:textId="77777777" w:rsidR="004B2149" w:rsidRDefault="00000000">
            <w:pPr>
              <w:spacing w:after="40" w:line="252" w:lineRule="auto"/>
            </w:pPr>
            <w:r>
              <w:rPr>
                <w:b/>
                <w:color w:val="1F4E79"/>
                <w:sz w:val="18"/>
              </w:rPr>
              <w:t>Decision due date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1669300E" w14:textId="77777777" w:rsidR="004B2149" w:rsidRDefault="004B2149">
            <w:pPr>
              <w:spacing w:after="40" w:line="252" w:lineRule="auto"/>
            </w:pPr>
          </w:p>
        </w:tc>
      </w:tr>
      <w:tr w:rsidR="004B2149" w14:paraId="3DC8B769"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346C3F7E" w14:textId="77777777" w:rsidR="004B2149" w:rsidRDefault="00000000">
            <w:pPr>
              <w:spacing w:after="40" w:line="252" w:lineRule="auto"/>
            </w:pPr>
            <w:r>
              <w:rPr>
                <w:b/>
                <w:color w:val="1F4E79"/>
                <w:sz w:val="18"/>
              </w:rPr>
              <w:t>Lead officer</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7CC904D" w14:textId="77777777" w:rsidR="004B2149" w:rsidRDefault="004B2149">
            <w:pPr>
              <w:spacing w:after="40" w:line="252" w:lineRule="auto"/>
            </w:pPr>
          </w:p>
        </w:tc>
      </w:tr>
      <w:tr w:rsidR="004B2149" w14:paraId="6A524865" w14:textId="77777777">
        <w:trPr>
          <w:jc w:val="center"/>
        </w:trPr>
        <w:tc>
          <w:tcPr>
            <w:tcW w:w="3384" w:type="dxa"/>
            <w:tcBorders>
              <w:top w:val="single" w:sz="4" w:space="0" w:color="D9E2EC"/>
              <w:left w:val="single" w:sz="4" w:space="0" w:color="D9E2EC"/>
              <w:bottom w:val="single" w:sz="4" w:space="0" w:color="D9E2EC"/>
              <w:right w:val="single" w:sz="4" w:space="0" w:color="D9E2EC"/>
            </w:tcBorders>
            <w:shd w:val="clear" w:color="auto" w:fill="F2F6FA"/>
            <w:tcMar>
              <w:top w:w="100" w:type="dxa"/>
              <w:left w:w="120" w:type="dxa"/>
              <w:bottom w:w="100" w:type="dxa"/>
              <w:right w:w="120" w:type="dxa"/>
            </w:tcMar>
            <w:vAlign w:val="center"/>
          </w:tcPr>
          <w:p w14:paraId="5830FE07" w14:textId="77777777" w:rsidR="004B2149" w:rsidRDefault="00000000">
            <w:pPr>
              <w:spacing w:after="40" w:line="252" w:lineRule="auto"/>
            </w:pPr>
            <w:r>
              <w:rPr>
                <w:b/>
                <w:color w:val="1F4E79"/>
                <w:sz w:val="18"/>
              </w:rPr>
              <w:t>Decision route</w:t>
            </w:r>
          </w:p>
        </w:tc>
        <w:tc>
          <w:tcPr>
            <w:tcW w:w="5760"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6A8E25F0" w14:textId="77777777" w:rsidR="004B2149" w:rsidRDefault="00000000">
            <w:pPr>
              <w:spacing w:after="40" w:line="252" w:lineRule="auto"/>
            </w:pPr>
            <w:r>
              <w:rPr>
                <w:sz w:val="18"/>
              </w:rPr>
              <w:t>☐ SMT   ☐ Board / Committee   ☐ Other: __________</w:t>
            </w:r>
          </w:p>
        </w:tc>
      </w:tr>
    </w:tbl>
    <w:p w14:paraId="71B02D38" w14:textId="77777777" w:rsidR="004B2149" w:rsidRDefault="004B2149">
      <w:pPr>
        <w:spacing w:after="40"/>
      </w:pPr>
    </w:p>
    <w:p w14:paraId="0EC3B814" w14:textId="77777777" w:rsidR="004B2149" w:rsidRDefault="00000000">
      <w:pPr>
        <w:pStyle w:val="Heading1"/>
        <w:spacing w:before="160" w:after="80"/>
      </w:pPr>
      <w:r>
        <w:t>Validation checklist</w:t>
      </w:r>
    </w:p>
    <w:tbl>
      <w:tblPr>
        <w:tblW w:w="0" w:type="auto"/>
        <w:jc w:val="center"/>
        <w:tblLayout w:type="fixed"/>
        <w:tblLook w:val="04A0" w:firstRow="1" w:lastRow="0" w:firstColumn="1" w:lastColumn="0" w:noHBand="0" w:noVBand="1"/>
      </w:tblPr>
      <w:tblGrid>
        <w:gridCol w:w="4536"/>
      </w:tblGrid>
      <w:tr w:rsidR="004B2149" w14:paraId="25DA4985"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5799F20" w14:textId="77777777" w:rsidR="004B2149" w:rsidRDefault="00000000">
            <w:pPr>
              <w:spacing w:after="40" w:line="252" w:lineRule="auto"/>
            </w:pPr>
            <w:r>
              <w:rPr>
                <w:sz w:val="18"/>
              </w:rPr>
              <w:t>☐ Request is in writing.</w:t>
            </w:r>
          </w:p>
        </w:tc>
      </w:tr>
      <w:tr w:rsidR="004B2149" w14:paraId="29A09877"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2434450" w14:textId="77777777" w:rsidR="004B2149" w:rsidRDefault="00000000">
            <w:pPr>
              <w:spacing w:after="40" w:line="252" w:lineRule="auto"/>
            </w:pPr>
            <w:r>
              <w:rPr>
                <w:sz w:val="18"/>
              </w:rPr>
              <w:t>☐ Request states that it is made under Part 5 of the Community Empowerment (Scotland) Act 2015.</w:t>
            </w:r>
          </w:p>
        </w:tc>
      </w:tr>
      <w:tr w:rsidR="004B2149" w14:paraId="28900575"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1105DA2F" w14:textId="77777777" w:rsidR="004B2149" w:rsidRDefault="00000000">
            <w:pPr>
              <w:spacing w:after="40" w:line="252" w:lineRule="auto"/>
            </w:pPr>
            <w:r>
              <w:rPr>
                <w:sz w:val="18"/>
              </w:rPr>
              <w:t>☐ Name of community transfer body included.</w:t>
            </w:r>
          </w:p>
        </w:tc>
      </w:tr>
      <w:tr w:rsidR="004B2149" w14:paraId="5C60EC13"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82E1ED0" w14:textId="77777777" w:rsidR="004B2149" w:rsidRDefault="00000000">
            <w:pPr>
              <w:spacing w:after="40" w:line="252" w:lineRule="auto"/>
            </w:pPr>
            <w:r>
              <w:rPr>
                <w:sz w:val="18"/>
              </w:rPr>
              <w:t>☐ Contact address included.</w:t>
            </w:r>
          </w:p>
        </w:tc>
      </w:tr>
      <w:tr w:rsidR="004B2149" w14:paraId="710B24C2"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0D4D7EEE" w14:textId="77777777" w:rsidR="004B2149" w:rsidRDefault="00000000">
            <w:pPr>
              <w:spacing w:after="40" w:line="252" w:lineRule="auto"/>
            </w:pPr>
            <w:r>
              <w:rPr>
                <w:sz w:val="18"/>
              </w:rPr>
              <w:t>☐ Asset is sufficiently identified.</w:t>
            </w:r>
          </w:p>
        </w:tc>
      </w:tr>
      <w:tr w:rsidR="004B2149" w14:paraId="0E328130"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538E1E70" w14:textId="77777777" w:rsidR="004B2149" w:rsidRDefault="00000000">
            <w:pPr>
              <w:spacing w:after="40" w:line="252" w:lineRule="auto"/>
            </w:pPr>
            <w:r>
              <w:rPr>
                <w:sz w:val="18"/>
              </w:rPr>
              <w:t>☐ Rights requested are described.</w:t>
            </w:r>
          </w:p>
        </w:tc>
      </w:tr>
      <w:tr w:rsidR="004B2149" w14:paraId="1311E097"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292C164" w14:textId="77777777" w:rsidR="004B2149" w:rsidRDefault="00000000">
            <w:pPr>
              <w:spacing w:after="40" w:line="252" w:lineRule="auto"/>
            </w:pPr>
            <w:r>
              <w:rPr>
                <w:sz w:val="18"/>
              </w:rPr>
              <w:t>☐ Proposed use is described.</w:t>
            </w:r>
          </w:p>
        </w:tc>
      </w:tr>
      <w:tr w:rsidR="004B2149" w14:paraId="7F51A3BF"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FE1AA5E" w14:textId="77777777" w:rsidR="004B2149" w:rsidRDefault="00000000">
            <w:pPr>
              <w:spacing w:after="40" w:line="252" w:lineRule="auto"/>
            </w:pPr>
            <w:r>
              <w:rPr>
                <w:sz w:val="18"/>
              </w:rPr>
              <w:t>☐ Funding for transfer is outlined.</w:t>
            </w:r>
          </w:p>
        </w:tc>
      </w:tr>
      <w:tr w:rsidR="004B2149" w14:paraId="01E17E4C"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7A03E127" w14:textId="77777777" w:rsidR="004B2149" w:rsidRDefault="00000000">
            <w:pPr>
              <w:spacing w:after="40" w:line="252" w:lineRule="auto"/>
            </w:pPr>
            <w:r>
              <w:rPr>
                <w:sz w:val="18"/>
              </w:rPr>
              <w:t>☐ Funding for proposed use is outlined.</w:t>
            </w:r>
          </w:p>
        </w:tc>
      </w:tr>
      <w:tr w:rsidR="004B2149" w14:paraId="7B667102"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2B6D717" w14:textId="77777777" w:rsidR="004B2149" w:rsidRDefault="00000000">
            <w:pPr>
              <w:spacing w:after="40" w:line="252" w:lineRule="auto"/>
            </w:pPr>
            <w:r>
              <w:rPr>
                <w:sz w:val="18"/>
              </w:rPr>
              <w:t>☐ Level and nature of community support is described.</w:t>
            </w:r>
          </w:p>
        </w:tc>
      </w:tr>
      <w:tr w:rsidR="004B2149" w14:paraId="3D34251B"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40A60E6" w14:textId="77777777" w:rsidR="004B2149" w:rsidRDefault="00000000">
            <w:pPr>
              <w:spacing w:after="40" w:line="252" w:lineRule="auto"/>
            </w:pPr>
            <w:r>
              <w:rPr>
                <w:sz w:val="18"/>
              </w:rPr>
              <w:t>☐ Constitution is attached.</w:t>
            </w:r>
          </w:p>
        </w:tc>
      </w:tr>
      <w:tr w:rsidR="004B2149" w14:paraId="1A86101C"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14805693" w14:textId="77777777" w:rsidR="004B2149" w:rsidRDefault="00000000">
            <w:pPr>
              <w:spacing w:after="40" w:line="252" w:lineRule="auto"/>
            </w:pPr>
            <w:r>
              <w:rPr>
                <w:sz w:val="18"/>
              </w:rPr>
              <w:t>☐ Eligibility basis is explained where applicant is not a community-controlled body.</w:t>
            </w:r>
          </w:p>
        </w:tc>
      </w:tr>
      <w:tr w:rsidR="004B2149" w14:paraId="2FE64CA4"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2424B952" w14:textId="77777777" w:rsidR="004B2149" w:rsidRDefault="00000000">
            <w:pPr>
              <w:spacing w:after="40" w:line="252" w:lineRule="auto"/>
            </w:pPr>
            <w:r>
              <w:rPr>
                <w:sz w:val="18"/>
              </w:rPr>
              <w:t>☐ Further information requested, if required.</w:t>
            </w:r>
          </w:p>
        </w:tc>
      </w:tr>
      <w:tr w:rsidR="004B2149" w14:paraId="5A3BD1C7"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116FEDA" w14:textId="77777777" w:rsidR="004B2149" w:rsidRDefault="00000000">
            <w:pPr>
              <w:spacing w:after="40" w:line="252" w:lineRule="auto"/>
            </w:pPr>
            <w:r>
              <w:rPr>
                <w:sz w:val="18"/>
              </w:rPr>
              <w:t>☐ Acknowledgement issued with validation date.</w:t>
            </w:r>
          </w:p>
        </w:tc>
      </w:tr>
      <w:tr w:rsidR="004B2149" w14:paraId="4124D61A"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43EB9E4D" w14:textId="77777777" w:rsidR="004B2149" w:rsidRDefault="00000000">
            <w:pPr>
              <w:spacing w:after="40" w:line="252" w:lineRule="auto"/>
            </w:pPr>
            <w:r>
              <w:rPr>
                <w:sz w:val="18"/>
              </w:rPr>
              <w:lastRenderedPageBreak/>
              <w:t>☐ Online/public notices arranged, if valid.</w:t>
            </w:r>
          </w:p>
        </w:tc>
      </w:tr>
      <w:tr w:rsidR="004B2149" w14:paraId="6C016741" w14:textId="77777777">
        <w:trPr>
          <w:jc w:val="center"/>
        </w:trPr>
        <w:tc>
          <w:tcPr>
            <w:tcW w:w="4536" w:type="dxa"/>
            <w:tcBorders>
              <w:top w:val="single" w:sz="4" w:space="0" w:color="D9E2EC"/>
              <w:left w:val="single" w:sz="4" w:space="0" w:color="D9E2EC"/>
              <w:bottom w:val="single" w:sz="4" w:space="0" w:color="D9E2EC"/>
              <w:right w:val="single" w:sz="4" w:space="0" w:color="D9E2EC"/>
            </w:tcBorders>
            <w:tcMar>
              <w:top w:w="100" w:type="dxa"/>
              <w:left w:w="120" w:type="dxa"/>
              <w:bottom w:w="100" w:type="dxa"/>
              <w:right w:w="120" w:type="dxa"/>
            </w:tcMar>
            <w:vAlign w:val="center"/>
          </w:tcPr>
          <w:p w14:paraId="3D366D07" w14:textId="77777777" w:rsidR="004B2149" w:rsidRDefault="00000000">
            <w:pPr>
              <w:spacing w:after="40" w:line="252" w:lineRule="auto"/>
            </w:pPr>
            <w:r>
              <w:rPr>
                <w:sz w:val="18"/>
              </w:rPr>
              <w:t>☐ Third party owner/tenant/occupier notice considered.</w:t>
            </w:r>
          </w:p>
        </w:tc>
      </w:tr>
    </w:tbl>
    <w:p w14:paraId="0CE30DEB" w14:textId="77777777" w:rsidR="004B2149" w:rsidRDefault="00000000">
      <w:pPr>
        <w:keepNext/>
      </w:pPr>
      <w:r>
        <w:rPr>
          <w:b/>
          <w:color w:val="1F4E79"/>
        </w:rPr>
        <w:t>Internal notes / information requested</w:t>
      </w:r>
    </w:p>
    <w:tbl>
      <w:tblPr>
        <w:tblW w:w="0" w:type="auto"/>
        <w:tblLook w:val="04A0" w:firstRow="1" w:lastRow="0" w:firstColumn="1" w:lastColumn="0" w:noHBand="0" w:noVBand="1"/>
      </w:tblPr>
      <w:tblGrid>
        <w:gridCol w:w="10224"/>
      </w:tblGrid>
      <w:tr w:rsidR="004B2149" w14:paraId="0D82673A" w14:textId="77777777">
        <w:tc>
          <w:tcPr>
            <w:tcW w:w="10224" w:type="dxa"/>
            <w:tcBorders>
              <w:top w:val="single" w:sz="6" w:space="0" w:color="B7C9D6"/>
              <w:left w:val="single" w:sz="6" w:space="0" w:color="B7C9D6"/>
              <w:bottom w:val="single" w:sz="6" w:space="0" w:color="B7C9D6"/>
              <w:right w:val="single" w:sz="6" w:space="0" w:color="B7C9D6"/>
            </w:tcBorders>
            <w:tcMar>
              <w:top w:w="140" w:type="dxa"/>
              <w:left w:w="140" w:type="dxa"/>
              <w:bottom w:w="140" w:type="dxa"/>
              <w:right w:w="140" w:type="dxa"/>
            </w:tcMar>
          </w:tcPr>
          <w:p w14:paraId="7D99BA06" w14:textId="77777777" w:rsidR="004B2149" w:rsidRDefault="00000000">
            <w:pPr>
              <w:spacing w:line="276" w:lineRule="auto"/>
            </w:pPr>
            <w:r>
              <w:br/>
            </w:r>
            <w:r>
              <w:br/>
            </w:r>
            <w:r>
              <w:br/>
            </w:r>
            <w:r>
              <w:br/>
            </w:r>
            <w:r>
              <w:br/>
            </w:r>
            <w:r>
              <w:br/>
            </w:r>
            <w:r>
              <w:br/>
            </w:r>
          </w:p>
        </w:tc>
      </w:tr>
    </w:tbl>
    <w:p w14:paraId="5EBED70A" w14:textId="77777777" w:rsidR="004B2149" w:rsidRDefault="004B2149">
      <w:pPr>
        <w:spacing w:after="20"/>
      </w:pPr>
    </w:p>
    <w:p w14:paraId="5A4C7299" w14:textId="77777777" w:rsidR="004B2149" w:rsidRDefault="00000000">
      <w:pPr>
        <w:pStyle w:val="Heading1"/>
        <w:spacing w:before="160" w:after="80"/>
      </w:pPr>
      <w:r>
        <w:t>Sources and legal basis</w:t>
      </w:r>
    </w:p>
    <w:p w14:paraId="41D53ADD" w14:textId="77777777" w:rsidR="004B2149" w:rsidRDefault="00000000">
      <w:pPr>
        <w:pStyle w:val="ListBullet"/>
      </w:pPr>
      <w:r>
        <w:t>Community Empowerment (Scotland) Act 2015, Part 5 - Community Asset Transfer provisions.</w:t>
      </w:r>
    </w:p>
    <w:p w14:paraId="2C3FFD9D" w14:textId="77777777" w:rsidR="004B2149" w:rsidRDefault="00000000">
      <w:pPr>
        <w:pStyle w:val="ListBullet"/>
      </w:pPr>
      <w:r>
        <w:t>The Asset Transfer Request (Procedure) (Scotland) Regulations 2016, Regulation 3 - form and content of asset transfer requests.</w:t>
      </w:r>
    </w:p>
    <w:p w14:paraId="2DF134E5" w14:textId="77777777" w:rsidR="004B2149" w:rsidRDefault="00000000">
      <w:pPr>
        <w:pStyle w:val="ListBullet"/>
      </w:pPr>
      <w:r>
        <w:t>Scottish Government: Asset transfer - Community empowerment guidance and model documents.</w:t>
      </w:r>
    </w:p>
    <w:sectPr w:rsidR="004B2149" w:rsidSect="00034616">
      <w:pgSz w:w="12240" w:h="15840"/>
      <w:pgMar w:top="936"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21596" w14:textId="77777777" w:rsidR="00D845B9" w:rsidRDefault="00D845B9">
      <w:pPr>
        <w:spacing w:after="0" w:line="240" w:lineRule="auto"/>
      </w:pPr>
      <w:r>
        <w:separator/>
      </w:r>
    </w:p>
  </w:endnote>
  <w:endnote w:type="continuationSeparator" w:id="0">
    <w:p w14:paraId="63101520" w14:textId="77777777" w:rsidR="00D845B9" w:rsidRDefault="00D84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81A3B" w14:textId="1E676A75" w:rsidR="004B2149" w:rsidRDefault="00000000">
    <w:pPr>
      <w:pStyle w:val="Footer"/>
      <w:jc w:val="center"/>
    </w:pPr>
    <w:r>
      <w:rPr>
        <w:color w:val="5B6770"/>
        <w:sz w:val="16"/>
      </w:rPr>
      <w:t>Community Asset Transfer Request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4762F" w14:textId="77777777" w:rsidR="00D845B9" w:rsidRDefault="00D845B9">
      <w:pPr>
        <w:spacing w:after="0" w:line="240" w:lineRule="auto"/>
      </w:pPr>
      <w:r>
        <w:separator/>
      </w:r>
    </w:p>
  </w:footnote>
  <w:footnote w:type="continuationSeparator" w:id="0">
    <w:p w14:paraId="61A8C221" w14:textId="77777777" w:rsidR="00D845B9" w:rsidRDefault="00D84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5168" w14:textId="77777777" w:rsidR="004B2149" w:rsidRDefault="00000000">
    <w:pPr>
      <w:pStyle w:val="Header"/>
      <w:jc w:val="right"/>
    </w:pPr>
    <w:proofErr w:type="spellStart"/>
    <w:r>
      <w:rPr>
        <w:color w:val="5B6770"/>
        <w:sz w:val="16"/>
      </w:rPr>
      <w:t>Forth</w:t>
    </w:r>
    <w:proofErr w:type="spellEnd"/>
    <w:r>
      <w:rPr>
        <w:color w:val="5B6770"/>
        <w:sz w:val="16"/>
      </w:rPr>
      <w:t xml:space="preserve"> Valley College | Community Asset Transfer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3792284">
    <w:abstractNumId w:val="8"/>
  </w:num>
  <w:num w:numId="2" w16cid:durableId="681279042">
    <w:abstractNumId w:val="6"/>
  </w:num>
  <w:num w:numId="3" w16cid:durableId="1047413526">
    <w:abstractNumId w:val="5"/>
  </w:num>
  <w:num w:numId="4" w16cid:durableId="1175454997">
    <w:abstractNumId w:val="4"/>
  </w:num>
  <w:num w:numId="5" w16cid:durableId="237904709">
    <w:abstractNumId w:val="7"/>
  </w:num>
  <w:num w:numId="6" w16cid:durableId="666202976">
    <w:abstractNumId w:val="3"/>
  </w:num>
  <w:num w:numId="7" w16cid:durableId="2076925254">
    <w:abstractNumId w:val="2"/>
  </w:num>
  <w:num w:numId="8" w16cid:durableId="320617361">
    <w:abstractNumId w:val="1"/>
  </w:num>
  <w:num w:numId="9" w16cid:durableId="286011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71D33"/>
    <w:rsid w:val="004B2149"/>
    <w:rsid w:val="00AA1D8D"/>
    <w:rsid w:val="00B47730"/>
    <w:rsid w:val="00CA67B4"/>
    <w:rsid w:val="00CB0664"/>
    <w:rsid w:val="00D845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F43291"/>
  <w14:defaultImageDpi w14:val="300"/>
  <w15:docId w15:val="{E8355DB5-8A36-4E55-AB62-CCAB14A2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
    <w:name w:val="Instruction"/>
    <w:pPr>
      <w:spacing w:after="60"/>
    </w:pPr>
    <w:rPr>
      <w:rFonts w:ascii="Aptos" w:eastAsia="Aptos" w:hAnsi="Aptos"/>
      <w:i/>
      <w:color w:val="5A646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1304</Words>
  <Characters>7433</Characters>
  <Application>Microsoft Office Word</Application>
  <DocSecurity>0</DocSecurity>
  <Lines>391</Lines>
  <Paragraphs>189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stephen.jarvie</dc:creator>
  <cp:keywords/>
  <dc:description>generated by python-docx</dc:description>
  <cp:lastModifiedBy>stephen.jarvie</cp:lastModifiedBy>
  <cp:revision>2</cp:revision>
  <dcterms:created xsi:type="dcterms:W3CDTF">2026-07-21T14:10:00Z</dcterms:created>
  <dcterms:modified xsi:type="dcterms:W3CDTF">2026-07-21T14:15:00Z</dcterms:modified>
  <cp:category/>
</cp:coreProperties>
</file>